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BB8" w:rsidRDefault="006F0497">
      <w:pPr>
        <w:pStyle w:val="aa"/>
      </w:pPr>
      <w:r>
        <w:t>Документация API FE.RU</w:t>
      </w:r>
    </w:p>
    <w:p w:rsidR="00CD0BB8" w:rsidRDefault="006F0497">
      <w:r>
        <w:t>Домены, аккаунты и VDS</w:t>
      </w:r>
    </w:p>
    <w:p w:rsidR="00CD0BB8" w:rsidRDefault="006F0497">
      <w:pPr>
        <w:pStyle w:val="1"/>
      </w:pPr>
      <w:bookmarkStart w:id="0" w:name="_Toc242714230"/>
      <w:r>
        <w:t>Работа с API</w:t>
      </w:r>
      <w:bookmarkEnd w:id="0"/>
    </w:p>
    <w:p w:rsidR="00CD0BB8" w:rsidRDefault="006F0497">
      <w:r>
        <w:t>Запросы и ответы передаются в формате JSON. Адрес сервера API предоставляет служба поддержки.</w:t>
      </w:r>
    </w:p>
    <w:p w:rsidR="00CD0BB8" w:rsidRDefault="006F0497">
      <w:r>
        <w:t>Документация от 01.03.2025</w:t>
      </w:r>
    </w:p>
    <w:p w:rsidR="00CD0BB8" w:rsidRDefault="006F0497">
      <w:r>
        <w:rPr>
          <w:b/>
        </w:rPr>
        <w:t xml:space="preserve">Content-Type: </w:t>
      </w:r>
      <w:r>
        <w:t>application/json</w:t>
      </w:r>
    </w:p>
    <w:p w:rsidR="00CD0BB8" w:rsidRDefault="006F0497">
      <w:r>
        <w:rPr>
          <w:b/>
        </w:rPr>
        <w:t xml:space="preserve">Тестовый доступ: </w:t>
      </w:r>
      <w:r>
        <w:t>Логин и пароль: testuser</w:t>
      </w:r>
    </w:p>
    <w:p w:rsidR="00CD0BB8" w:rsidRDefault="006F0497">
      <w:r>
        <w:rPr>
          <w:b/>
        </w:rPr>
        <w:t xml:space="preserve">Поддержка: </w:t>
      </w:r>
      <w:r>
        <w:t>pavel@fe.ru</w:t>
      </w:r>
    </w:p>
    <w:p w:rsidR="00CD0BB8" w:rsidRDefault="006F0497">
      <w:pPr>
        <w:pStyle w:val="aff"/>
        <w:pageBreakBefore/>
      </w:pPr>
      <w:r>
        <w:lastRenderedPageBreak/>
        <w:t>Содержание</w:t>
      </w:r>
    </w:p>
    <w:p w:rsidR="006F0497" w:rsidRDefault="00CD0BB8">
      <w:pPr>
        <w:pStyle w:val="14"/>
        <w:tabs>
          <w:tab w:val="right" w:leader="dot" w:pos="9628"/>
        </w:tabs>
        <w:rPr>
          <w:noProof/>
        </w:rPr>
      </w:pPr>
      <w:r>
        <w:fldChar w:fldCharType="begin"/>
      </w:r>
      <w:r w:rsidR="006F0497">
        <w:instrText>TOC \o "1-2" \h \z \u</w:instrText>
      </w:r>
      <w:r>
        <w:fldChar w:fldCharType="separate"/>
      </w:r>
      <w:hyperlink w:anchor="_Toc242714230" w:history="1">
        <w:r w:rsidR="006F0497" w:rsidRPr="006D070C">
          <w:rPr>
            <w:rStyle w:val="aff8"/>
            <w:noProof/>
          </w:rPr>
          <w:t>Работа с API</w:t>
        </w:r>
        <w:r w:rsidR="006F0497">
          <w:rPr>
            <w:noProof/>
            <w:webHidden/>
          </w:rPr>
          <w:tab/>
        </w:r>
        <w:r w:rsidR="006F0497">
          <w:rPr>
            <w:noProof/>
            <w:webHidden/>
          </w:rPr>
          <w:fldChar w:fldCharType="begin"/>
        </w:r>
        <w:r w:rsidR="006F0497">
          <w:rPr>
            <w:noProof/>
            <w:webHidden/>
          </w:rPr>
          <w:instrText xml:space="preserve"> PAGEREF _Toc242714230 \h </w:instrText>
        </w:r>
        <w:r w:rsidR="006F0497">
          <w:rPr>
            <w:noProof/>
            <w:webHidden/>
          </w:rPr>
        </w:r>
        <w:r w:rsidR="006F0497">
          <w:rPr>
            <w:noProof/>
            <w:webHidden/>
          </w:rPr>
          <w:fldChar w:fldCharType="separate"/>
        </w:r>
        <w:r w:rsidR="006F0497">
          <w:rPr>
            <w:noProof/>
            <w:webHidden/>
          </w:rPr>
          <w:t>1</w:t>
        </w:r>
        <w:r w:rsidR="006F0497">
          <w:rPr>
            <w:noProof/>
            <w:webHidden/>
          </w:rPr>
          <w:fldChar w:fldCharType="end"/>
        </w:r>
      </w:hyperlink>
    </w:p>
    <w:p w:rsidR="006F0497" w:rsidRDefault="006F0497">
      <w:pPr>
        <w:pStyle w:val="14"/>
        <w:tabs>
          <w:tab w:val="right" w:leader="dot" w:pos="9628"/>
        </w:tabs>
        <w:rPr>
          <w:noProof/>
        </w:rPr>
      </w:pPr>
      <w:hyperlink w:anchor="_Toc242714231" w:history="1">
        <w:r w:rsidRPr="006D070C">
          <w:rPr>
            <w:rStyle w:val="aff8"/>
            <w:noProof/>
          </w:rPr>
          <w:t>Домены и аккаунты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32" w:history="1">
        <w:r w:rsidRPr="006D070C">
          <w:rPr>
            <w:rStyle w:val="aff8"/>
            <w:noProof/>
          </w:rPr>
          <w:t>auth — Аутентификация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33" w:history="1">
        <w:r w:rsidRPr="006D070C">
          <w:rPr>
            <w:rStyle w:val="aff8"/>
            <w:noProof/>
          </w:rPr>
          <w:t>newacc — Создание аккаунта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34" w:history="1">
        <w:r w:rsidRPr="006D070C">
          <w:rPr>
            <w:rStyle w:val="aff8"/>
            <w:noProof/>
          </w:rPr>
          <w:t>getzones — Список доменных зон и цен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35" w:history="1">
        <w:r w:rsidRPr="006D070C">
          <w:rPr>
            <w:rStyle w:val="aff8"/>
            <w:noProof/>
          </w:rPr>
          <w:t>newprofile — Создание профиля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36" w:history="1">
        <w:r w:rsidRPr="006D070C">
          <w:rPr>
            <w:rStyle w:val="aff8"/>
            <w:noProof/>
          </w:rPr>
          <w:t>change_profile — Изменение профиля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37" w:history="1">
        <w:r w:rsidRPr="006D070C">
          <w:rPr>
            <w:rStyle w:val="aff8"/>
            <w:noProof/>
          </w:rPr>
          <w:t>get_profile — Получение профиля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38" w:history="1">
        <w:r w:rsidRPr="006D070C">
          <w:rPr>
            <w:rStyle w:val="aff8"/>
            <w:noProof/>
          </w:rPr>
          <w:t>domreg_profile — Регистрация домена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39" w:history="1">
        <w:r w:rsidRPr="006D070C">
          <w:rPr>
            <w:rStyle w:val="aff8"/>
            <w:noProof/>
          </w:rPr>
          <w:t>changens — Смена NS-серверов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0" w:history="1">
        <w:r w:rsidRPr="006D070C">
          <w:rPr>
            <w:rStyle w:val="aff8"/>
            <w:noProof/>
          </w:rPr>
          <w:t>getdomains — Список доменов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1" w:history="1">
        <w:r w:rsidRPr="006D070C">
          <w:rPr>
            <w:rStyle w:val="aff8"/>
            <w:noProof/>
          </w:rPr>
          <w:t>whois — Проверка домена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2" w:history="1">
        <w:r w:rsidRPr="006D070C">
          <w:rPr>
            <w:rStyle w:val="aff8"/>
            <w:noProof/>
          </w:rPr>
          <w:t>getdomaininfo — Состояние домена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3" w:history="1">
        <w:r w:rsidRPr="006D070C">
          <w:rPr>
            <w:rStyle w:val="aff8"/>
            <w:noProof/>
          </w:rPr>
          <w:t>dom_renew — Продление домена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4" w:history="1">
        <w:r w:rsidRPr="006D070C">
          <w:rPr>
            <w:rStyle w:val="aff8"/>
            <w:noProof/>
          </w:rPr>
          <w:t>get_balance — Баланс лицевого счёта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5" w:history="1">
        <w:r w:rsidRPr="006D070C">
          <w:rPr>
            <w:rStyle w:val="aff8"/>
            <w:noProof/>
          </w:rPr>
          <w:t>dom_getauthcode — Код переноса домена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6" w:history="1">
        <w:r w:rsidRPr="006D070C">
          <w:rPr>
            <w:rStyle w:val="aff8"/>
            <w:noProof/>
          </w:rPr>
          <w:t>dom_turnprivacy — Настройка privacy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7" w:history="1">
        <w:r w:rsidRPr="006D070C">
          <w:rPr>
            <w:rStyle w:val="aff8"/>
            <w:noProof/>
          </w:rPr>
          <w:t>dom_changeadmin — Смена администратора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8" w:history="1">
        <w:r w:rsidRPr="006D070C">
          <w:rPr>
            <w:rStyle w:val="aff8"/>
            <w:noProof/>
          </w:rPr>
          <w:t>dom_transferin — Перенос домена к FE.RU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49" w:history="1">
        <w:r w:rsidRPr="006D070C">
          <w:rPr>
            <w:rStyle w:val="aff8"/>
            <w:noProof/>
          </w:rPr>
          <w:t>dom_getesia — Статус идентификации ЕСИА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14"/>
        <w:tabs>
          <w:tab w:val="right" w:leader="dot" w:pos="9628"/>
        </w:tabs>
        <w:rPr>
          <w:noProof/>
        </w:rPr>
      </w:pPr>
      <w:hyperlink w:anchor="_Toc242714250" w:history="1">
        <w:r w:rsidRPr="006D070C">
          <w:rPr>
            <w:rStyle w:val="aff8"/>
            <w:noProof/>
          </w:rPr>
          <w:t>VDS и серверы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51" w:history="1">
        <w:r w:rsidRPr="006D070C">
          <w:rPr>
            <w:rStyle w:val="aff8"/>
            <w:noProof/>
          </w:rPr>
          <w:t>vds_getgroups — Группы серверов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52" w:history="1">
        <w:r w:rsidRPr="006D070C">
          <w:rPr>
            <w:rStyle w:val="aff8"/>
            <w:noProof/>
          </w:rPr>
          <w:t>vds_gettarifs — Тарифы серверов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53" w:history="1">
        <w:r w:rsidRPr="006D070C">
          <w:rPr>
            <w:rStyle w:val="aff8"/>
            <w:noProof/>
          </w:rPr>
          <w:t>vds_gettarifinfo — Параметры тарифа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54" w:history="1">
        <w:r w:rsidRPr="006D070C">
          <w:rPr>
            <w:rStyle w:val="aff8"/>
            <w:noProof/>
          </w:rPr>
          <w:t>vds_create — Создание VDS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55" w:history="1">
        <w:r w:rsidRPr="006D070C">
          <w:rPr>
            <w:rStyle w:val="aff8"/>
            <w:noProof/>
          </w:rPr>
          <w:t>vds_getstatus — Состояние VDS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6F0497" w:rsidRDefault="006F0497">
      <w:pPr>
        <w:pStyle w:val="2c"/>
        <w:tabs>
          <w:tab w:val="right" w:leader="dot" w:pos="9628"/>
        </w:tabs>
        <w:rPr>
          <w:noProof/>
        </w:rPr>
      </w:pPr>
      <w:hyperlink w:anchor="_Toc242714256" w:history="1">
        <w:r w:rsidRPr="006D070C">
          <w:rPr>
            <w:rStyle w:val="aff8"/>
            <w:noProof/>
          </w:rPr>
          <w:t>vds_renew — Продление VDS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_Toc242714256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CD0BB8" w:rsidRDefault="00CD0BB8">
      <w:pPr>
        <w:spacing w:after="0"/>
      </w:pPr>
      <w:r>
        <w:fldChar w:fldCharType="end"/>
      </w:r>
    </w:p>
    <w:p w:rsidR="00CD0BB8" w:rsidRDefault="006F0497">
      <w:pPr>
        <w:pStyle w:val="1"/>
        <w:pageBreakBefore/>
      </w:pPr>
      <w:bookmarkStart w:id="1" w:name="_Toc242714231"/>
      <w:r>
        <w:lastRenderedPageBreak/>
        <w:t>Домены и аккаунты</w:t>
      </w:r>
      <w:bookmarkEnd w:id="1"/>
    </w:p>
    <w:p w:rsidR="00CD0BB8" w:rsidRDefault="006F0497">
      <w:pPr>
        <w:pStyle w:val="21"/>
      </w:pPr>
      <w:bookmarkStart w:id="2" w:name="_Toc242714232"/>
      <w:r>
        <w:t>auth — Аутентификация</w:t>
      </w:r>
      <w:bookmarkEnd w:id="2"/>
    </w:p>
    <w:p w:rsidR="00CD0BB8" w:rsidRDefault="006F0497">
      <w:r>
        <w:t>Проверяе</w:t>
      </w:r>
      <w:r>
        <w:t>т логин и пароль и возвращает идентификатор сессии sessid для последующих запросов.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password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Пароль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hostname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Имя хоста для аккаунта; значение </w:t>
            </w:r>
            <w:r>
              <w:t>показано в примере запроса.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"auth",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"password": "pass",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"hostname": "my.fe.ru"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"sessid": "1mrtm32j5423j423k4"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"no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"no password"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password"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3" w:name="_Toc242714233"/>
      <w:r>
        <w:lastRenderedPageBreak/>
        <w:t>newacc — Создание аккаунта</w:t>
      </w:r>
      <w:bookmarkEnd w:id="3"/>
    </w:p>
    <w:p w:rsidR="00CD0BB8" w:rsidRDefault="006F0497">
      <w:r>
        <w:t>Создаёт аккаунт с указанными логином и паролем. В ответе возвращает идентификатор сессии нового аккаунта.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password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Пароль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hostname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хоста для аккаунта; значение показано в примере запроса.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"newacc",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"password": "pass",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"hostname": "fe.ru"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"sessid": "1mrtm32j5423j423k4"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"no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"no password"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"bad password"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lastRenderedPageBreak/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"username exist"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4" w:name="_Toc242714234"/>
      <w:r>
        <w:t>getzones — Список доменных зон и цен</w:t>
      </w:r>
      <w:bookmarkEnd w:id="4"/>
    </w:p>
    <w:p w:rsidR="00CD0BB8" w:rsidRDefault="006F0497">
      <w:r>
        <w:t xml:space="preserve">Возвращает доступные доменные зоны, стоимость регистрации и продления, а также </w:t>
      </w:r>
      <w:r>
        <w:t>минимальный период регистрации.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"getzones",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"zones": [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"zone": "рф",</w:t>
      </w:r>
    </w:p>
    <w:p w:rsidR="00CD0BB8" w:rsidRDefault="006F0497">
      <w:pPr>
        <w:pStyle w:val="Code"/>
        <w:rPr>
          <w:rFonts w:hint="eastAsia"/>
        </w:rPr>
      </w:pPr>
      <w:r>
        <w:t xml:space="preserve">      "price": "85",  // регистрация домена</w:t>
      </w:r>
    </w:p>
    <w:p w:rsidR="00CD0BB8" w:rsidRDefault="006F0497">
      <w:pPr>
        <w:pStyle w:val="Code"/>
        <w:rPr>
          <w:rFonts w:hint="eastAsia"/>
        </w:rPr>
      </w:pPr>
      <w:r>
        <w:t xml:space="preserve">      "renew": "85",  // продление домена</w:t>
      </w:r>
    </w:p>
    <w:p w:rsidR="00CD0BB8" w:rsidRDefault="006F0497">
      <w:pPr>
        <w:pStyle w:val="Code"/>
        <w:rPr>
          <w:rFonts w:hint="eastAsia"/>
        </w:rPr>
      </w:pPr>
      <w:r>
        <w:t xml:space="preserve">      "minperiod": "1"  // минимальный период регистрации; единица измерения не указана</w:t>
      </w:r>
    </w:p>
    <w:p w:rsidR="00CD0BB8" w:rsidRDefault="006F0497">
      <w:pPr>
        <w:pStyle w:val="Code"/>
        <w:rPr>
          <w:rFonts w:hint="eastAsia"/>
        </w:rPr>
      </w:pPr>
      <w:r>
        <w:t xml:space="preserve">    },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"zone": "ru",</w:t>
      </w:r>
    </w:p>
    <w:p w:rsidR="00CD0BB8" w:rsidRDefault="006F0497">
      <w:pPr>
        <w:pStyle w:val="Code"/>
        <w:rPr>
          <w:rFonts w:hint="eastAsia"/>
        </w:rPr>
      </w:pPr>
      <w:r>
        <w:t xml:space="preserve">      "price": "85",</w:t>
      </w:r>
    </w:p>
    <w:p w:rsidR="00CD0BB8" w:rsidRDefault="006F0497">
      <w:pPr>
        <w:pStyle w:val="Code"/>
        <w:rPr>
          <w:rFonts w:hint="eastAsia"/>
        </w:rPr>
      </w:pPr>
      <w:r>
        <w:t xml:space="preserve">      "renew": "85",</w:t>
      </w:r>
    </w:p>
    <w:p w:rsidR="00CD0BB8" w:rsidRDefault="006F0497">
      <w:pPr>
        <w:pStyle w:val="Code"/>
        <w:rPr>
          <w:rFonts w:hint="eastAsia"/>
        </w:rPr>
      </w:pPr>
      <w:r>
        <w:t xml:space="preserve">      "minperiod": "1"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0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5" w:name="_Toc242714235"/>
      <w:r>
        <w:lastRenderedPageBreak/>
        <w:t>newprofile — Создание профиля</w:t>
      </w:r>
      <w:bookmarkEnd w:id="5"/>
    </w:p>
    <w:p w:rsidR="00CD0BB8" w:rsidRDefault="006F0497">
      <w:r>
        <w:t>Создаёт профиль владельца домена с персональными или регистрационными данными организации. Идентификатор профиля используется при регистрации домена.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</w:t>
            </w:r>
            <w:r>
              <w:rPr>
                <w:b/>
              </w:rPr>
              <w:t>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p_name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Название профиля.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fioa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ФИО латиницей. Используется для всех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fior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ФИО на русском языке. Для физических лиц в зонах ru, рф и </w:t>
            </w:r>
            <w:r>
              <w:t>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addressr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Почтовый адрес физического лица.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addressa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Адрес латиницей.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orgnamer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Название организации. Для юридических лиц в зонах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orgnamea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Международное название </w:t>
            </w:r>
            <w:r>
              <w:t>организации. Для юридических лиц.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inn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ИНН организации.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kpp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КПП организации.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uraddress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Юридический адрес организации.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postaddress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Почтовый адрес организации. Для </w:t>
            </w:r>
            <w:r>
              <w:t>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passport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Паспортные данные физического лица.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email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Электронная почта. Обязательна в профиле для всех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phone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Телефон. Обязателен в профиле для всех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fax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Факс. </w:t>
            </w:r>
            <w:r>
              <w:t>Необязательное поле профиля.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pindex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Почтовый индекс.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ptown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Город латиницей.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region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Регион латиницей.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country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Двухбуквенный код страны, например</w:t>
            </w:r>
            <w:r>
              <w:t xml:space="preserve"> RU. Для всех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bank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Банковские реквизиты. Поле пока не используется.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bdate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Дата рождения в формате ДД.ММ.ГГГГ. Для физических лиц в зонах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ogrn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ОГРН организации. Необязательное поле для зон ru, рф и su.</w:t>
            </w:r>
          </w:p>
        </w:tc>
      </w:tr>
    </w:tbl>
    <w:p w:rsidR="00CD0BB8" w:rsidRDefault="006F0497">
      <w:pPr>
        <w:pStyle w:val="31"/>
      </w:pPr>
      <w:r>
        <w:lastRenderedPageBreak/>
        <w:t xml:space="preserve">Пример </w:t>
      </w:r>
      <w:r>
        <w:t>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"func": "newprofile",</w:t>
      </w:r>
    </w:p>
    <w:p w:rsidR="00CD0BB8" w:rsidRDefault="006F0497">
      <w:pPr>
        <w:pStyle w:val="Code"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rPr>
          <w:rFonts w:hint="eastAsia"/>
        </w:rPr>
      </w:pPr>
      <w:r>
        <w:t xml:space="preserve">    "p_name": "Ivanov",  //название профиля</w:t>
      </w:r>
    </w:p>
    <w:p w:rsidR="00CD0BB8" w:rsidRDefault="006F0497">
      <w:pPr>
        <w:pStyle w:val="Code"/>
        <w:rPr>
          <w:rFonts w:hint="eastAsia"/>
        </w:rPr>
      </w:pPr>
      <w:r>
        <w:t xml:space="preserve">    "fioa": "Ivan A Ivanov",  //Заполняется латиницей (используется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  "fior": "Иванов Иван Александрович",  //только физ. Лицо (только для ru/рф/su доменов )</w:t>
      </w:r>
    </w:p>
    <w:p w:rsidR="00CD0BB8" w:rsidRDefault="006F0497">
      <w:pPr>
        <w:pStyle w:val="Code"/>
        <w:rPr>
          <w:rFonts w:hint="eastAsia"/>
        </w:rPr>
      </w:pPr>
      <w:r>
        <w:t xml:space="preserve">    "addressr": "123456, г. Москва, ул. Большая, д.5, кв. 43, Иванову Ивану Александровичу",  // только физ. Лицо (только для ru/рф/su доменов )</w:t>
      </w:r>
    </w:p>
    <w:p w:rsidR="00CD0BB8" w:rsidRDefault="006F0497">
      <w:pPr>
        <w:pStyle w:val="Code"/>
        <w:rPr>
          <w:rFonts w:hint="eastAsia"/>
        </w:rPr>
      </w:pPr>
      <w:r>
        <w:t xml:space="preserve">    "addressa": "Bo</w:t>
      </w:r>
      <w:r>
        <w:t>lshaya st, 23",  //адрес, заполняется латиницей, только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  "orgnamer": "ООО \"Энергомаш\"",  //Название организации (только для ru/рф/su доменов ) только для юр. Лица</w:t>
      </w:r>
    </w:p>
    <w:p w:rsidR="00CD0BB8" w:rsidRDefault="006F0497">
      <w:pPr>
        <w:pStyle w:val="Code"/>
        <w:rPr>
          <w:rFonts w:hint="eastAsia"/>
        </w:rPr>
      </w:pPr>
      <w:r>
        <w:t xml:space="preserve">    "orgnamea": "Energomash LLC",  //Международное название ор</w:t>
      </w:r>
      <w:r>
        <w:t>ганизации только для юр. Лица</w:t>
      </w:r>
    </w:p>
    <w:p w:rsidR="00CD0BB8" w:rsidRDefault="006F0497">
      <w:pPr>
        <w:pStyle w:val="Code"/>
        <w:rPr>
          <w:rFonts w:hint="eastAsia"/>
        </w:rPr>
      </w:pPr>
      <w:r>
        <w:t xml:space="preserve">    "inn": "123456789123",  //ИНН (только для ru/рф/su доменов )  (только для юр. Лица)</w:t>
      </w:r>
    </w:p>
    <w:p w:rsidR="00CD0BB8" w:rsidRDefault="006F0497">
      <w:pPr>
        <w:pStyle w:val="Code"/>
        <w:rPr>
          <w:rFonts w:hint="eastAsia"/>
        </w:rPr>
      </w:pPr>
      <w:r>
        <w:t xml:space="preserve">    "kpp": "1010101010",  //КПП (только для ru/рф/su доменов )  (только для юр. Лица)</w:t>
      </w:r>
    </w:p>
    <w:p w:rsidR="00CD0BB8" w:rsidRDefault="006F0497">
      <w:pPr>
        <w:pStyle w:val="Code"/>
        <w:rPr>
          <w:rFonts w:hint="eastAsia"/>
        </w:rPr>
      </w:pPr>
      <w:r>
        <w:t xml:space="preserve">    "uraddress": "104000, г. Москва",  //Юр адрес (т</w:t>
      </w:r>
      <w:r>
        <w:t>олько для ru/рф/su доменов )  (только для юр. Лица)</w:t>
      </w:r>
    </w:p>
    <w:p w:rsidR="00CD0BB8" w:rsidRDefault="006F0497">
      <w:pPr>
        <w:pStyle w:val="Code"/>
        <w:rPr>
          <w:rFonts w:hint="eastAsia"/>
        </w:rPr>
      </w:pPr>
      <w:r>
        <w:t xml:space="preserve">    "postaddress": "104000, г. Москва",  //Почтовый адрес (только для ru/рф/su доменов )  (только для юр. Лица)</w:t>
      </w:r>
    </w:p>
    <w:p w:rsidR="00CD0BB8" w:rsidRDefault="006F0497">
      <w:pPr>
        <w:pStyle w:val="Code"/>
        <w:rPr>
          <w:rFonts w:hint="eastAsia"/>
        </w:rPr>
      </w:pPr>
      <w:r>
        <w:t xml:space="preserve">    "passport": "12 34 123456, выдан ОВД №1, 01.07.2003",  //Паспортные данные, только физ л</w:t>
      </w:r>
      <w:r>
        <w:t>ицо (только для ru/рф/su доменов )</w:t>
      </w:r>
    </w:p>
    <w:p w:rsidR="00CD0BB8" w:rsidRDefault="006F0497">
      <w:pPr>
        <w:pStyle w:val="Code"/>
        <w:rPr>
          <w:rFonts w:hint="eastAsia"/>
        </w:rPr>
      </w:pPr>
      <w:r>
        <w:t xml:space="preserve">    "email": "support@fe.ru",  //E-mail (обязателен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  "phone": "+7 495 1234567",  //телефон (обязателен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  "fax": "+7 495 1234567",  //факс (необязателен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  "pinde</w:t>
      </w:r>
      <w:r>
        <w:t>x": "123456",  //только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  "ptown": "Moscow",  //только для международных доменов (заполняется латиницей)</w:t>
      </w:r>
    </w:p>
    <w:p w:rsidR="00CD0BB8" w:rsidRDefault="006F0497">
      <w:pPr>
        <w:pStyle w:val="Code"/>
        <w:rPr>
          <w:rFonts w:hint="eastAsia"/>
        </w:rPr>
      </w:pPr>
      <w:r>
        <w:t xml:space="preserve">    "region": "Moscow Region",  //только для международных доменов (заполняется латиницей)</w:t>
      </w:r>
    </w:p>
    <w:p w:rsidR="00CD0BB8" w:rsidRDefault="006F0497">
      <w:pPr>
        <w:pStyle w:val="Code"/>
        <w:rPr>
          <w:rFonts w:hint="eastAsia"/>
        </w:rPr>
      </w:pPr>
      <w:r>
        <w:t xml:space="preserve">    "country": "RU",  //двухбукв</w:t>
      </w:r>
      <w:r>
        <w:t>енный международный код страны (используется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  "bank": "банковские реквизиты",  // Пока не используется</w:t>
      </w:r>
    </w:p>
    <w:p w:rsidR="00CD0BB8" w:rsidRDefault="006F0497">
      <w:pPr>
        <w:pStyle w:val="Code"/>
        <w:rPr>
          <w:rFonts w:hint="eastAsia"/>
        </w:rPr>
      </w:pPr>
      <w:r>
        <w:t xml:space="preserve">    "bdate": "01.01.1991",  //Дата рождения, только физ. Лицо (только для ru/рф/su доменов )</w:t>
      </w:r>
    </w:p>
    <w:p w:rsidR="00CD0BB8" w:rsidRDefault="006F0497">
      <w:pPr>
        <w:pStyle w:val="Code"/>
        <w:rPr>
          <w:rFonts w:hint="eastAsia"/>
        </w:rPr>
      </w:pPr>
      <w:r>
        <w:t xml:space="preserve">    "ogrn": "1234578979"  //ОГРН – не о</w:t>
      </w:r>
      <w:r>
        <w:t>бязательно (только для ru/рф/su доменов )  (только для юр. Лица)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"profileid": "12345"  // используется при регистрации домена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"some error"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session"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6" w:name="_Toc242714236"/>
      <w:r>
        <w:lastRenderedPageBreak/>
        <w:t>change_profile — Изменение профиля</w:t>
      </w:r>
      <w:bookmarkEnd w:id="6"/>
    </w:p>
    <w:p w:rsidR="00CD0BB8" w:rsidRDefault="006F0497">
      <w:r>
        <w:t>Изменяет данные существующего профиля по его идентификатору. Состав данных зависит от типа владельца и доменной зоны.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профиля владельца.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p_name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Название профиля.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fioa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ФИО латиницей. Используется для всех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fior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ФИО на русском </w:t>
            </w:r>
            <w:r>
              <w:t>языке. Для физических лиц в зонах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addressr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Почтовый адрес физического лица.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addressa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Адрес латиницей.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orgnamer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Название организации. Для юридических лиц в зонах ru, рф и s</w:t>
            </w:r>
            <w:r>
              <w:t>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orgnamea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Международное название организации. Для юридических лиц.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inn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ИНН организации.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kpp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КПП организации.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uraddress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Юридический адрес организации.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postaddress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Почтовый адрес организации.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passport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Паспортные данные физического лица. Для зон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email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Электронная почта. Обязательна в профиле для всех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phone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Телефон. Обязателен в </w:t>
            </w:r>
            <w:r>
              <w:t>профиле для всех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fax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Факс. Необязательное поле профиля.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pindex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Почтовый индекс.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ptown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Город латиницей.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region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Регион латиницей.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country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Двухбуквенный код страны, например RU. Для всех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bank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Банковские реквизиты. Поле пока не используется.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bdate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Дата рождения в формате ДД.ММ.ГГГГ. Для физических лиц в зонах ru, рф и su.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lastRenderedPageBreak/>
              <w:t>ogrn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ОГРН организации. Н</w:t>
            </w:r>
            <w:r>
              <w:t>еобязательное поле для зон ru, рф и su.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"func": "change_profile",</w:t>
      </w:r>
    </w:p>
    <w:p w:rsidR="00CD0BB8" w:rsidRDefault="006F0497">
      <w:pPr>
        <w:pStyle w:val="Code"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"profileid": 123456,</w:t>
      </w:r>
    </w:p>
    <w:p w:rsidR="00CD0BB8" w:rsidRDefault="006F0497">
      <w:pPr>
        <w:pStyle w:val="Code"/>
        <w:rPr>
          <w:rFonts w:hint="eastAsia"/>
        </w:rPr>
      </w:pPr>
      <w:r>
        <w:t xml:space="preserve">    "p_name": "Ivanov",</w:t>
      </w:r>
    </w:p>
    <w:p w:rsidR="00CD0BB8" w:rsidRDefault="006F0497">
      <w:pPr>
        <w:pStyle w:val="Code"/>
        <w:rPr>
          <w:rFonts w:hint="eastAsia"/>
        </w:rPr>
      </w:pPr>
      <w:r>
        <w:t xml:space="preserve">    "fioa": "Ivan A Ivanov",</w:t>
      </w:r>
    </w:p>
    <w:p w:rsidR="00CD0BB8" w:rsidRDefault="006F0497">
      <w:pPr>
        <w:pStyle w:val="Code"/>
        <w:rPr>
          <w:rFonts w:hint="eastAsia"/>
        </w:rPr>
      </w:pPr>
      <w:r>
        <w:t xml:space="preserve">    "fior": "Иванов Иван Александрович",</w:t>
      </w:r>
    </w:p>
    <w:p w:rsidR="00CD0BB8" w:rsidRDefault="006F0497">
      <w:pPr>
        <w:pStyle w:val="Code"/>
        <w:rPr>
          <w:rFonts w:hint="eastAsia"/>
        </w:rPr>
      </w:pPr>
      <w:r>
        <w:t xml:space="preserve">    "addressr":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"addressa":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"orgnamer":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"orgnamea":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"inn":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"kpp":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"uraddress":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"p</w:t>
      </w:r>
      <w:r>
        <w:t>ostaddress":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"passport":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"email":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"phone":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"fax":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"pindex":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"ptown":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"region":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"country":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"bank":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"bdate": "104000, г. Москва",</w:t>
      </w:r>
    </w:p>
    <w:p w:rsidR="00CD0BB8" w:rsidRDefault="006F0497">
      <w:pPr>
        <w:pStyle w:val="Code"/>
        <w:rPr>
          <w:rFonts w:hint="eastAsia"/>
        </w:rPr>
      </w:pPr>
      <w:r>
        <w:t xml:space="preserve">    "ogrn": "104000, г. Москва"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"some er</w:t>
      </w:r>
      <w:r>
        <w:t>ror"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session"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profile"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7" w:name="_Toc242714237"/>
      <w:r>
        <w:lastRenderedPageBreak/>
        <w:t>get_profile — Получение профиля</w:t>
      </w:r>
      <w:bookmarkEnd w:id="7"/>
    </w:p>
    <w:p w:rsidR="00CD0BB8" w:rsidRDefault="006F0497">
      <w:r>
        <w:t>Возвращает данные профиля владельца: контактную информацию, адреса и регистрационные реквизиты.</w:t>
      </w:r>
    </w:p>
    <w:p w:rsidR="00CD0BB8" w:rsidRDefault="006F0497">
      <w:pPr>
        <w:pStyle w:val="31"/>
      </w:pPr>
      <w:r>
        <w:t xml:space="preserve">Параметры запроса · </w:t>
      </w:r>
      <w:r>
        <w:t>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профиля владельца.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codepage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Кодировка: 0 — Windows-1251, 1 — </w:t>
            </w:r>
            <w:r>
              <w:t>UTF-8.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"get_profile",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"profileid": "12345",  //id владельца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"codepage": "0"  // 0 – win1251, 1-utf-8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rPr>
          <w:rFonts w:hint="eastAsia"/>
        </w:rPr>
      </w:pPr>
      <w:r>
        <w:t xml:space="preserve">  "profileid": "12345",</w:t>
      </w:r>
    </w:p>
    <w:p w:rsidR="00CD0BB8" w:rsidRDefault="006F0497">
      <w:pPr>
        <w:pStyle w:val="Code"/>
        <w:rPr>
          <w:rFonts w:hint="eastAsia"/>
        </w:rPr>
      </w:pPr>
      <w:r>
        <w:t xml:space="preserve">  "p_name": "Ivanov",  //название профиля</w:t>
      </w:r>
    </w:p>
    <w:p w:rsidR="00CD0BB8" w:rsidRDefault="006F0497">
      <w:pPr>
        <w:pStyle w:val="Code"/>
        <w:rPr>
          <w:rFonts w:hint="eastAsia"/>
        </w:rPr>
      </w:pPr>
      <w:r>
        <w:t xml:space="preserve">  "fioa": "Ivan A Ivanov",  //Заполняется латиницей (используется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"fior": "Иванов Иван Александрович",  //только физ. </w:t>
      </w:r>
      <w:r>
        <w:t>Лицо (только для ru/рф/su доменов )</w:t>
      </w:r>
    </w:p>
    <w:p w:rsidR="00CD0BB8" w:rsidRDefault="006F0497">
      <w:pPr>
        <w:pStyle w:val="Code"/>
        <w:rPr>
          <w:rFonts w:hint="eastAsia"/>
        </w:rPr>
      </w:pPr>
      <w:r>
        <w:t xml:space="preserve">  "addressr": "123456, г. Москва, ул. Большая, д.5, кв. 43, Иванову Ивану Александровичу",  // только физ. Лицо (только для ru/рф/su доменов )</w:t>
      </w:r>
    </w:p>
    <w:p w:rsidR="00CD0BB8" w:rsidRDefault="006F0497">
      <w:pPr>
        <w:pStyle w:val="Code"/>
        <w:rPr>
          <w:rFonts w:hint="eastAsia"/>
        </w:rPr>
      </w:pPr>
      <w:r>
        <w:t xml:space="preserve">  "addressa": "Bolshaya st, 23",  //адрес, заполняется латиницей, только для </w:t>
      </w:r>
      <w:r>
        <w:t>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"orgnamer": "ООО \"Энергомаш\"",  //Название организации (только для ru/рф/su доменов ) только для юр. Лица</w:t>
      </w:r>
    </w:p>
    <w:p w:rsidR="00CD0BB8" w:rsidRDefault="006F0497">
      <w:pPr>
        <w:pStyle w:val="Code"/>
        <w:rPr>
          <w:rFonts w:hint="eastAsia"/>
        </w:rPr>
      </w:pPr>
      <w:r>
        <w:t xml:space="preserve">  "orgnamea": "Energomash LLC",  //Международное название организации только для юр. Лица</w:t>
      </w:r>
    </w:p>
    <w:p w:rsidR="00CD0BB8" w:rsidRDefault="006F0497">
      <w:pPr>
        <w:pStyle w:val="Code"/>
        <w:rPr>
          <w:rFonts w:hint="eastAsia"/>
        </w:rPr>
      </w:pPr>
      <w:r>
        <w:t xml:space="preserve">  "inn": "123456789123",  //ИНН (т</w:t>
      </w:r>
      <w:r>
        <w:t>олько для ru/рф/su доменов )  (только для юр. Лица)</w:t>
      </w:r>
    </w:p>
    <w:p w:rsidR="00CD0BB8" w:rsidRDefault="006F0497">
      <w:pPr>
        <w:pStyle w:val="Code"/>
        <w:rPr>
          <w:rFonts w:hint="eastAsia"/>
        </w:rPr>
      </w:pPr>
      <w:r>
        <w:t xml:space="preserve">  "kpp": "1010101010",  //КПП (только для ru/рф/su доменов )  (только для юр. Лица)</w:t>
      </w:r>
    </w:p>
    <w:p w:rsidR="00CD0BB8" w:rsidRDefault="006F0497">
      <w:pPr>
        <w:pStyle w:val="Code"/>
        <w:rPr>
          <w:rFonts w:hint="eastAsia"/>
        </w:rPr>
      </w:pPr>
      <w:r>
        <w:t xml:space="preserve">  "uraddress": "104000, г. Москва",  //Юр адрес (только для ru/рф/su доменов )  (только для юр. Лица)</w:t>
      </w:r>
    </w:p>
    <w:p w:rsidR="00CD0BB8" w:rsidRDefault="006F0497">
      <w:pPr>
        <w:pStyle w:val="Code"/>
        <w:rPr>
          <w:rFonts w:hint="eastAsia"/>
        </w:rPr>
      </w:pPr>
      <w:r>
        <w:t xml:space="preserve">  "postaddress": "</w:t>
      </w:r>
      <w:r>
        <w:t>104000, г. Москва",  //Почтовый адрес (только для ru/рф/su доменов )  (только для юр. Лица)</w:t>
      </w:r>
    </w:p>
    <w:p w:rsidR="00CD0BB8" w:rsidRDefault="006F0497">
      <w:pPr>
        <w:pStyle w:val="Code"/>
        <w:rPr>
          <w:rFonts w:hint="eastAsia"/>
        </w:rPr>
      </w:pPr>
      <w:r>
        <w:t xml:space="preserve">  "passport": "12 34 123456, выдан ОВД №1, 01.07.2003",  //Паспортные данные, только физ лицо (только для ru/рф/su доменов )</w:t>
      </w:r>
    </w:p>
    <w:p w:rsidR="00CD0BB8" w:rsidRDefault="006F0497">
      <w:pPr>
        <w:pStyle w:val="Code"/>
        <w:rPr>
          <w:rFonts w:hint="eastAsia"/>
        </w:rPr>
      </w:pPr>
      <w:r>
        <w:t xml:space="preserve">  "email": "support@fe.ru",  //E-mail (</w:t>
      </w:r>
      <w:r>
        <w:t>обязателен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"phone": "+7 495 1234567",  //телефон (обязателен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"fax": "+7 495 1234567",  //факс (необязателен для всех доменов)</w:t>
      </w:r>
    </w:p>
    <w:p w:rsidR="00CD0BB8" w:rsidRDefault="006F0497">
      <w:pPr>
        <w:pStyle w:val="Code"/>
        <w:rPr>
          <w:rFonts w:hint="eastAsia"/>
        </w:rPr>
      </w:pPr>
      <w:r>
        <w:lastRenderedPageBreak/>
        <w:t xml:space="preserve">  "pindex": "123456",  //только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"ptown": "Moscow",  //только д</w:t>
      </w:r>
      <w:r>
        <w:t>ля международных доменов (заполняется латиницей)</w:t>
      </w:r>
    </w:p>
    <w:p w:rsidR="00CD0BB8" w:rsidRDefault="006F0497">
      <w:pPr>
        <w:pStyle w:val="Code"/>
        <w:rPr>
          <w:rFonts w:hint="eastAsia"/>
        </w:rPr>
      </w:pPr>
      <w:r>
        <w:t xml:space="preserve">  "region": "Moscow Region",  //только для международных доменов (заполняется латиницей)</w:t>
      </w:r>
    </w:p>
    <w:p w:rsidR="00CD0BB8" w:rsidRDefault="006F0497">
      <w:pPr>
        <w:pStyle w:val="Code"/>
        <w:rPr>
          <w:rFonts w:hint="eastAsia"/>
        </w:rPr>
      </w:pPr>
      <w:r>
        <w:t xml:space="preserve">  "country": "RU",  //двухбуквенный международный код страны (используется для всех доменов)</w:t>
      </w:r>
    </w:p>
    <w:p w:rsidR="00CD0BB8" w:rsidRDefault="006F0497">
      <w:pPr>
        <w:pStyle w:val="Code"/>
        <w:rPr>
          <w:rFonts w:hint="eastAsia"/>
        </w:rPr>
      </w:pPr>
      <w:r>
        <w:t xml:space="preserve">  "bank": "банковские рек</w:t>
      </w:r>
      <w:r>
        <w:t>визиты",  // Пока не используется</w:t>
      </w:r>
    </w:p>
    <w:p w:rsidR="00CD0BB8" w:rsidRDefault="006F0497">
      <w:pPr>
        <w:pStyle w:val="Code"/>
        <w:rPr>
          <w:rFonts w:hint="eastAsia"/>
        </w:rPr>
      </w:pPr>
      <w:r>
        <w:t xml:space="preserve">  "bdate": "01.01.1991",  //Дата рождения, только физ. Лицо (только для ru/рф/su доменов )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"ogrn": "1234578979"  //ОГРН – не обязательно (только для ru/рф/su доменов )  (только для юр. Лица)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"some error"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session"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"4",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profile"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8" w:name="_Toc242714238"/>
      <w:r>
        <w:t>domreg_profile — Регистрация домена</w:t>
      </w:r>
      <w:bookmarkEnd w:id="8"/>
    </w:p>
    <w:p w:rsidR="00CD0BB8" w:rsidRDefault="006F0497">
      <w:r>
        <w:t xml:space="preserve">Регистрирует домен на указанный профиль </w:t>
      </w:r>
      <w:r>
        <w:t>владельца. В запросе передаются контакты и NS-серверы, в ответе — идентификатор домена.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сессии, полученный при аутентификации или создании </w:t>
            </w:r>
            <w:r>
              <w:t>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профиля владельца.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profileid2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платёжного контакта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profileid3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административного контакта для международных </w:t>
            </w:r>
            <w:r>
              <w:t>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profileid4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технического контакта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lastRenderedPageBreak/>
              <w:t>testprofile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Проверка профиля перед регистрацией: 1 — проверять, 0 — не проверять.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org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Тип владельца: 1 — организация, 0 — физическое лицо.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ns1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1.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ns1ip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1.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ns2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2.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ns2ip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2.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ns3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3.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ns3ip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3.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ns4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4.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ns4ip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4.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"func": "domreg_profile",</w:t>
      </w:r>
    </w:p>
    <w:p w:rsidR="00CD0BB8" w:rsidRDefault="006F0497">
      <w:pPr>
        <w:pStyle w:val="Code"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rPr>
          <w:rFonts w:hint="eastAsia"/>
        </w:rPr>
      </w:pPr>
      <w:r>
        <w:t xml:space="preserve">    "domainname": "yourhost.ru",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"profileid": "12345",  //id владельца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"profileid2": "12345",  //bill-контакт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"profileid3": "12345",  //admin-контакт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"profileid4": "12345",  //tech-контакт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  "testprofile": "1",  //1-проверить профиль п</w:t>
      </w:r>
      <w:r>
        <w:t>еред регистраций, 0 – не проверять</w:t>
      </w:r>
    </w:p>
    <w:p w:rsidR="00CD0BB8" w:rsidRDefault="006F0497">
      <w:pPr>
        <w:pStyle w:val="Code"/>
        <w:rPr>
          <w:rFonts w:hint="eastAsia"/>
        </w:rPr>
      </w:pPr>
      <w:r>
        <w:t xml:space="preserve">    "org": "1",  //1-организация, 0 - физ лицо</w:t>
      </w:r>
    </w:p>
    <w:p w:rsidR="00CD0BB8" w:rsidRDefault="006F0497">
      <w:pPr>
        <w:pStyle w:val="Code"/>
        <w:rPr>
          <w:rFonts w:hint="eastAsia"/>
        </w:rPr>
      </w:pPr>
      <w:r>
        <w:t xml:space="preserve">    "ns1": "ns1.yourhost.ru",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"ns1ip":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"ns2": "ns2.yourhost.ru",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"ns2ip":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"ns3": "ns3.yourhost.ru",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"ns3ip":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"ns4": "</w:t>
      </w:r>
      <w:r>
        <w:t>ns4.yourhost.ru",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"ns4ip": "8.8.8.8"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"domainid": "12345"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lastRenderedPageBreak/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"some error"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session"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"4",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profile"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"5",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"no money"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"6",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 domain not available"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"7",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"ошибка в профиле"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9" w:name="_Toc242714239"/>
      <w:r>
        <w:t>changens — Смена NS-серверов</w:t>
      </w:r>
      <w:bookmarkEnd w:id="9"/>
    </w:p>
    <w:p w:rsidR="00CD0BB8" w:rsidRDefault="006F0497">
      <w:r>
        <w:t>Изменяет NS-серверы домена и св</w:t>
      </w:r>
      <w:r>
        <w:t>язанные с ними IP-адреса.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домена.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ns1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1.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ns1ip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1.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ns2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2.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lastRenderedPageBreak/>
              <w:t>ns2ip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2.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ns3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3.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ns3ip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3.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ns4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4.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ns4ip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4.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ns5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5.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ns5ip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5.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ns6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6.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ns6ip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6.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ns7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7.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ns7ip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7.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ns8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NS-сервера № 8.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ns8ip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 NS-сервера № 8.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"func": "changens",</w:t>
      </w:r>
    </w:p>
    <w:p w:rsidR="00CD0BB8" w:rsidRDefault="006F0497">
      <w:pPr>
        <w:pStyle w:val="Code"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rPr>
          <w:rFonts w:hint="eastAsia"/>
        </w:rPr>
      </w:pPr>
      <w:r>
        <w:t xml:space="preserve">    "username": "ivan",  //обязательно</w:t>
      </w:r>
    </w:p>
    <w:p w:rsidR="00CD0BB8" w:rsidRDefault="006F0497">
      <w:pPr>
        <w:pStyle w:val="Code"/>
        <w:rPr>
          <w:rFonts w:hint="eastAsia"/>
        </w:rPr>
      </w:pPr>
      <w:r>
        <w:t xml:space="preserve">    "sessid": "sessid",  //обязательно</w:t>
      </w:r>
    </w:p>
    <w:p w:rsidR="00CD0BB8" w:rsidRDefault="006F0497">
      <w:pPr>
        <w:pStyle w:val="Code"/>
        <w:rPr>
          <w:rFonts w:hint="eastAsia"/>
        </w:rPr>
      </w:pPr>
      <w:r>
        <w:t xml:space="preserve">    "domainname": "mydomain.ru",  //обязательно</w:t>
      </w:r>
    </w:p>
    <w:p w:rsidR="00CD0BB8" w:rsidRDefault="006F0497">
      <w:pPr>
        <w:pStyle w:val="Code"/>
        <w:rPr>
          <w:rFonts w:hint="eastAsia"/>
        </w:rPr>
      </w:pPr>
      <w:r>
        <w:t xml:space="preserve">    "domainid": "123456",  //обязательно</w:t>
      </w:r>
    </w:p>
    <w:p w:rsidR="00CD0BB8" w:rsidRDefault="006F0497">
      <w:pPr>
        <w:pStyle w:val="Code"/>
        <w:rPr>
          <w:rFonts w:hint="eastAsia"/>
        </w:rPr>
      </w:pPr>
      <w:r>
        <w:t xml:space="preserve">    "ns1": "ns1.yourhost.ru",  //обязательно</w:t>
      </w:r>
    </w:p>
    <w:p w:rsidR="00CD0BB8" w:rsidRDefault="006F0497">
      <w:pPr>
        <w:pStyle w:val="Code"/>
        <w:rPr>
          <w:rFonts w:hint="eastAsia"/>
        </w:rPr>
      </w:pPr>
      <w:r>
        <w:t xml:space="preserve">    "ns1ip":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"ns2": "ns2.yourhost.ru",  //обязательно</w:t>
      </w:r>
    </w:p>
    <w:p w:rsidR="00CD0BB8" w:rsidRDefault="006F0497">
      <w:pPr>
        <w:pStyle w:val="Code"/>
        <w:rPr>
          <w:rFonts w:hint="eastAsia"/>
        </w:rPr>
      </w:pPr>
      <w:r>
        <w:t xml:space="preserve">    "ns2ip":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"ns3": "ns3.yourhost.ru",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"ns3ip":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"ns4": "ns4.yourhost.ru",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"ns4ip":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"ns5": "ns5.yourhost.ru",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"ns5ip":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</w:t>
      </w:r>
      <w:r>
        <w:t xml:space="preserve">   "ns6": "ns6.yourhost.ru",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"ns6ip":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"ns7": "ns7.yourhost.ru",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"ns7ip":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  "ns8": "ns6.yourhost.ru",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"ns8ip": "8.8.8.8"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lastRenderedPageBreak/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</w:t>
      </w:r>
      <w:r>
        <w:t>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"some error"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session"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"4",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access"  //ошибка доступа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0" w:name="_Toc242714240"/>
      <w:r>
        <w:t>getdomains — Список доменов</w:t>
      </w:r>
      <w:bookmarkEnd w:id="10"/>
    </w:p>
    <w:p w:rsidR="00CD0BB8" w:rsidRDefault="006F0497">
      <w:r>
        <w:t xml:space="preserve">Возвращает список доменов аккаунта, их статусы и даты, а также общее количество </w:t>
      </w:r>
      <w:r>
        <w:t>доменов в списке.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"getdomains",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"domains": [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"domainname": "helloworld.ru",</w:t>
      </w:r>
    </w:p>
    <w:p w:rsidR="00CD0BB8" w:rsidRDefault="006F0497">
      <w:pPr>
        <w:pStyle w:val="Code"/>
        <w:rPr>
          <w:rFonts w:hint="eastAsia"/>
        </w:rPr>
      </w:pPr>
      <w:r>
        <w:t xml:space="preserve">      "domainid": 12345,</w:t>
      </w:r>
    </w:p>
    <w:p w:rsidR="00CD0BB8" w:rsidRDefault="006F0497">
      <w:pPr>
        <w:pStyle w:val="Code"/>
        <w:rPr>
          <w:rFonts w:hint="eastAsia"/>
        </w:rPr>
      </w:pPr>
      <w:r>
        <w:t xml:space="preserve">      "profileid": 122345,</w:t>
      </w:r>
    </w:p>
    <w:p w:rsidR="00CD0BB8" w:rsidRDefault="006F0497">
      <w:pPr>
        <w:pStyle w:val="Code"/>
        <w:rPr>
          <w:rFonts w:hint="eastAsia"/>
        </w:rPr>
      </w:pPr>
      <w:r>
        <w:lastRenderedPageBreak/>
        <w:t xml:space="preserve">      "created": "01.12.1999",</w:t>
      </w:r>
    </w:p>
    <w:p w:rsidR="00CD0BB8" w:rsidRDefault="006F0497">
      <w:pPr>
        <w:pStyle w:val="Code"/>
        <w:rPr>
          <w:rFonts w:hint="eastAsia"/>
        </w:rPr>
      </w:pPr>
      <w:r>
        <w:t xml:space="preserve">      "paidtill": "01.12.2021",</w:t>
      </w:r>
    </w:p>
    <w:p w:rsidR="00CD0BB8" w:rsidRDefault="006F0497">
      <w:pPr>
        <w:pStyle w:val="Code"/>
        <w:rPr>
          <w:rFonts w:hint="eastAsia"/>
        </w:rPr>
      </w:pPr>
      <w:r>
        <w:t xml:space="preserve">      "status": 1</w:t>
      </w:r>
    </w:p>
    <w:p w:rsidR="00CD0BB8" w:rsidRDefault="006F0497">
      <w:pPr>
        <w:pStyle w:val="Code"/>
        <w:rPr>
          <w:rFonts w:hint="eastAsia"/>
        </w:rPr>
      </w:pPr>
      <w:r>
        <w:t xml:space="preserve">    },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"domainname": "helloworld.ru",</w:t>
      </w:r>
    </w:p>
    <w:p w:rsidR="00CD0BB8" w:rsidRDefault="006F0497">
      <w:pPr>
        <w:pStyle w:val="Code"/>
        <w:rPr>
          <w:rFonts w:hint="eastAsia"/>
        </w:rPr>
      </w:pPr>
      <w:r>
        <w:t xml:space="preserve">      "created": "01.12.1999",</w:t>
      </w:r>
    </w:p>
    <w:p w:rsidR="00CD0BB8" w:rsidRDefault="006F0497">
      <w:pPr>
        <w:pStyle w:val="Code"/>
        <w:rPr>
          <w:rFonts w:hint="eastAsia"/>
        </w:rPr>
      </w:pPr>
      <w:r>
        <w:t xml:space="preserve">      "paid-till": "01.12.2021",  // в этом элементе примера поле названо paid-till, в первом — paidtill</w:t>
      </w:r>
    </w:p>
    <w:p w:rsidR="00CD0BB8" w:rsidRDefault="006F0497">
      <w:pPr>
        <w:pStyle w:val="Code"/>
        <w:rPr>
          <w:rFonts w:hint="eastAsia"/>
        </w:rPr>
      </w:pPr>
      <w:r>
        <w:t xml:space="preserve">      "status": 1</w:t>
      </w:r>
    </w:p>
    <w:p w:rsidR="00CD0BB8" w:rsidRDefault="006F0497">
      <w:pPr>
        <w:pStyle w:val="Code"/>
        <w:rPr>
          <w:rFonts w:hint="eastAsia"/>
        </w:rPr>
      </w:pPr>
      <w:r>
        <w:t xml:space="preserve">  </w:t>
      </w:r>
      <w:r>
        <w:t xml:space="preserve">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"result": 1,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"number": 2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Значения status</w:t>
      </w:r>
    </w:p>
    <w:tbl>
      <w:tblPr>
        <w:tblStyle w:val="FEAPITable"/>
        <w:tblW w:w="0" w:type="auto"/>
        <w:tblLayout w:type="fixed"/>
        <w:tblLook w:val="04A0"/>
      </w:tblPr>
      <w:tblGrid>
        <w:gridCol w:w="4819"/>
        <w:gridCol w:w="4819"/>
      </w:tblGrid>
      <w:tr w:rsidR="00CD0BB8">
        <w:trPr>
          <w:cantSplit/>
          <w:tblHeader/>
        </w:trPr>
        <w:tc>
          <w:tcPr>
            <w:tcW w:w="4819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Значение</w:t>
            </w:r>
          </w:p>
        </w:tc>
        <w:tc>
          <w:tcPr>
            <w:tcW w:w="4819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Состояние домена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0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Не зарегистрирован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1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Зарегистрирован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2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Не зарегистрирован, ожидает оплаты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3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Оплачен, ожидает регистрации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4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Перенос</w:t>
            </w:r>
          </w:p>
        </w:tc>
      </w:tr>
    </w:tbl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1" w:name="_Toc242714241"/>
      <w:r>
        <w:t>whois — Проверка домена</w:t>
      </w:r>
      <w:bookmarkEnd w:id="11"/>
    </w:p>
    <w:p w:rsidR="00CD0BB8" w:rsidRDefault="006F0497">
      <w:r>
        <w:t>Проверяет доступность домена для регистрации. Для premium-домена ответ также содержит признак premium и цену.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 Обязательн</w:t>
            </w:r>
            <w:r>
              <w:t>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домена. Обязательный параметр.</w:t>
            </w:r>
          </w:p>
        </w:tc>
      </w:tr>
    </w:tbl>
    <w:p w:rsidR="00CD0BB8" w:rsidRDefault="006F0497">
      <w:pPr>
        <w:pStyle w:val="31"/>
      </w:pPr>
      <w:r>
        <w:lastRenderedPageBreak/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"whois",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"domainname": "mydomain.ru"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"answer": "domain not available"  // домен не доступен для регистрации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"answer": "domain available"  // домен доступен для регистрации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Другой запрос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"whois",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"domainname": "yourhost.ru"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"some error"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"answer": "domain available"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lastRenderedPageBreak/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"answer": "domain not available"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 для premium-домена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"answer": "domain not available",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"premium": 1,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"price": "450"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2" w:name="_Toc242714242"/>
      <w:r>
        <w:t>getdomaininfo — Состояние домена</w:t>
      </w:r>
      <w:bookmarkEnd w:id="12"/>
    </w:p>
    <w:p w:rsidR="00CD0BB8" w:rsidRDefault="006F0497">
      <w:r>
        <w:t>Возвращает состояние домена, профиль владельца, NS-серверы и с</w:t>
      </w:r>
      <w:r>
        <w:t>ведения об ошибке регистрации, если она возникла.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сессии, полученный при аутентификации или создании аккаунта. </w:t>
            </w:r>
            <w:r>
              <w:t>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домена.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codepage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Кодировка текста ответа, например UTF-8. Необязательное поле.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"getdomaininfo",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"domainid": "12345",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"codepage": "UTF-8"  // не обязательно – кодировка вывода текста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rPr>
          <w:rFonts w:hint="eastAsia"/>
        </w:rPr>
      </w:pPr>
      <w:r>
        <w:t xml:space="preserve">  "domainname": "yourhost.ru",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"profileid": "12334",</w:t>
      </w:r>
    </w:p>
    <w:p w:rsidR="00CD0BB8" w:rsidRDefault="006F0497">
      <w:pPr>
        <w:pStyle w:val="Code"/>
        <w:rPr>
          <w:rFonts w:hint="eastAsia"/>
        </w:rPr>
      </w:pPr>
      <w:r>
        <w:t xml:space="preserve">  "status": "1",</w:t>
      </w:r>
    </w:p>
    <w:p w:rsidR="00CD0BB8" w:rsidRDefault="006F0497">
      <w:pPr>
        <w:pStyle w:val="Code"/>
        <w:rPr>
          <w:rFonts w:hint="eastAsia"/>
        </w:rPr>
      </w:pPr>
      <w:r>
        <w:t xml:space="preserve">  "ns1": "ns1.yourhost.ru",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"ns1ip": "8.8.8.8",</w:t>
      </w:r>
    </w:p>
    <w:p w:rsidR="00CD0BB8" w:rsidRDefault="006F0497">
      <w:pPr>
        <w:pStyle w:val="Code"/>
        <w:rPr>
          <w:rFonts w:hint="eastAsia"/>
        </w:rPr>
      </w:pPr>
      <w:r>
        <w:lastRenderedPageBreak/>
        <w:t xml:space="preserve">  "ns2": "ns2.yourhost.ru",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"ns2ip":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"ns3": "ns3.yourhost.ru",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"ns3ip":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"ns4": "ns4.you</w:t>
      </w:r>
      <w:r>
        <w:t>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"ns4ip":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"ns5": "ns5.yourhost.ru",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"ns5ip":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"ns6": "ns6.yourhost.ru",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"ns6ip":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"ns7": "ns7.yourhost.ru",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"ns7ip": "8.8.8.8",</w:t>
      </w:r>
    </w:p>
    <w:p w:rsidR="00CD0BB8" w:rsidRDefault="006F0497">
      <w:pPr>
        <w:pStyle w:val="Code"/>
        <w:rPr>
          <w:rFonts w:hint="eastAsia"/>
        </w:rPr>
      </w:pPr>
      <w:r>
        <w:t xml:space="preserve">  "ns8": "ns6.yourhost.ru",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"ns8ip": "8.8.8.8",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"error"  // </w:t>
      </w:r>
      <w:r>
        <w:t>ошибка, возникшая при регистрации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Значения status</w:t>
      </w:r>
    </w:p>
    <w:tbl>
      <w:tblPr>
        <w:tblStyle w:val="FEAPITable"/>
        <w:tblW w:w="0" w:type="auto"/>
        <w:tblLayout w:type="fixed"/>
        <w:tblLook w:val="04A0"/>
      </w:tblPr>
      <w:tblGrid>
        <w:gridCol w:w="4819"/>
        <w:gridCol w:w="4819"/>
      </w:tblGrid>
      <w:tr w:rsidR="00CD0BB8">
        <w:trPr>
          <w:cantSplit/>
          <w:tblHeader/>
        </w:trPr>
        <w:tc>
          <w:tcPr>
            <w:tcW w:w="4819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Значение</w:t>
            </w:r>
          </w:p>
        </w:tc>
        <w:tc>
          <w:tcPr>
            <w:tcW w:w="4819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Состояние домена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0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Не зарегистрирован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1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Зарегистрирован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2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Не зарегистрирован, ожидает оплаты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3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Оплачен, ожидает регистрации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4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В процессе переноса к регистратору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5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Перенесён к другому </w:t>
            </w:r>
            <w:r>
              <w:t>регистратору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6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Заблокирован</w:t>
            </w:r>
          </w:p>
        </w:tc>
      </w:tr>
    </w:tbl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"4",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domainid"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3" w:name="_Toc242714243"/>
      <w:r>
        <w:t>dom_renew — Продление домена</w:t>
      </w:r>
      <w:bookmarkEnd w:id="13"/>
    </w:p>
    <w:p w:rsidR="00CD0BB8" w:rsidRDefault="006F0497">
      <w:r>
        <w:t>Продлевает регистрацию домена на один год. Домен можно указать по идентификатору или по имен</w:t>
      </w:r>
      <w:r>
        <w:t>и при domainid = 0.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lastRenderedPageBreak/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домена. При значении 0 продление </w:t>
            </w:r>
            <w:r>
              <w:t>выполняется по domainname.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 для продления при domainid = 0.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"dom_renew",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"domainid":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"domainname": "yourhost.ru"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</w:t>
      </w:r>
      <w:r>
        <w:t>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"some error"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session"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"no money"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"4",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"the domain cannot be renewed yet"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4" w:name="_Toc242714244"/>
      <w:r>
        <w:t>get_balance — Баланс лицевого счёта</w:t>
      </w:r>
      <w:bookmarkEnd w:id="14"/>
    </w:p>
    <w:p w:rsidR="00CD0BB8" w:rsidRDefault="006F0497">
      <w:r>
        <w:t>Возвращает текущий баланс лицевого счёта в российских рублях.</w:t>
      </w:r>
    </w:p>
    <w:p w:rsidR="00CD0BB8" w:rsidRDefault="006F0497">
      <w:pPr>
        <w:pStyle w:val="31"/>
      </w:pPr>
      <w:r>
        <w:lastRenderedPageBreak/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 Обязательный параметр.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"get_balance",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"balance": "1222.23"  // В российских рублях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5" w:name="_Toc242714245"/>
      <w:r>
        <w:t>dom_getauthcode — Код переноса домена</w:t>
      </w:r>
      <w:bookmarkEnd w:id="15"/>
    </w:p>
    <w:p w:rsidR="00CD0BB8" w:rsidRDefault="006F0497">
      <w:r>
        <w:t>Возвращает код авторизации для переноса домена к другому регистратору.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сессии, полученный при аутентификации или создании </w:t>
            </w:r>
            <w:r>
              <w:t>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домена.</w:t>
            </w:r>
          </w:p>
        </w:tc>
      </w:tr>
    </w:tbl>
    <w:p w:rsidR="00CD0BB8" w:rsidRDefault="006F0497">
      <w:pPr>
        <w:pStyle w:val="31"/>
      </w:pPr>
      <w:r>
        <w:lastRenderedPageBreak/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"dom_getauthcode",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</w:t>
      </w:r>
      <w:r>
        <w:t>d",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"domainname": "yourhost.ru",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"domainid": "12345"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"authcode": "q1w2e3r4"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domainname"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6" w:name="_Toc242714246"/>
      <w:r>
        <w:t>dom_turnprivacy — Настройка privacy</w:t>
      </w:r>
      <w:bookmarkEnd w:id="16"/>
    </w:p>
    <w:p w:rsidR="00CD0BB8" w:rsidRDefault="006F0497">
      <w:r>
        <w:t>Включает или отключает privacy для домена. Ответ содержит установленное значение настройки.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privacy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Настройка privacy: 1 — включена, 0 — выключена.</w:t>
            </w:r>
          </w:p>
        </w:tc>
      </w:tr>
    </w:tbl>
    <w:p w:rsidR="00CD0BB8" w:rsidRDefault="006F0497">
      <w:pPr>
        <w:pStyle w:val="31"/>
      </w:pPr>
      <w:r>
        <w:lastRenderedPageBreak/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 xml:space="preserve">JSON с </w:t>
      </w:r>
      <w:r>
        <w:rPr>
          <w:color w:val="5E6674"/>
          <w:sz w:val="18"/>
        </w:rPr>
        <w:t>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"dom_turnprivacy",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"domainname": "yourhost.ru",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"domainid": "12345",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"privacy": "1"  // 1 – включить, 0 - выключит</w:t>
      </w:r>
      <w:r>
        <w:t>ь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"privacy": "1"  // 1 — включена, 0 — выключена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7" w:name="_Toc242714247"/>
      <w:r>
        <w:t>dom_changeadmin — Смена администратора</w:t>
      </w:r>
      <w:bookmarkEnd w:id="17"/>
    </w:p>
    <w:p w:rsidR="00CD0BB8" w:rsidRDefault="006F0497">
      <w:r>
        <w:t xml:space="preserve">Меняет администратора домена с </w:t>
      </w:r>
      <w:r>
        <w:t>указанием нового профиля и связанных контактных профилей.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сессии, полученный при аутентификации или создании аккаунта. </w:t>
            </w:r>
            <w:r>
              <w:t>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newprofileid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нового профиля администратора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newprofileid2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нового контактного профиля № 2. Роль в описании этого </w:t>
            </w:r>
            <w:r>
              <w:t>метода не уточнена.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newprofileid3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нового контактного профиля № 3. Роль в описании этого метода не уточнена.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newprofileid4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нового контактного профиля № 4. Роль в описании этого метода не уточнена.</w:t>
            </w:r>
          </w:p>
        </w:tc>
      </w:tr>
    </w:tbl>
    <w:p w:rsidR="00CD0BB8" w:rsidRDefault="006F0497">
      <w:pPr>
        <w:pStyle w:val="31"/>
      </w:pPr>
      <w:r>
        <w:lastRenderedPageBreak/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"func": "dom_changeadmin",</w:t>
      </w:r>
    </w:p>
    <w:p w:rsidR="00CD0BB8" w:rsidRDefault="006F0497">
      <w:pPr>
        <w:pStyle w:val="Code"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rPr>
          <w:rFonts w:hint="eastAsia"/>
        </w:rPr>
      </w:pPr>
      <w:r>
        <w:t xml:space="preserve">    "username": "ivan",  //обязательно</w:t>
      </w:r>
    </w:p>
    <w:p w:rsidR="00CD0BB8" w:rsidRDefault="006F0497">
      <w:pPr>
        <w:pStyle w:val="Code"/>
        <w:rPr>
          <w:rFonts w:hint="eastAsia"/>
        </w:rPr>
      </w:pPr>
      <w:r>
        <w:t xml:space="preserve">    "sessid": "sessid",  //обязательно</w:t>
      </w:r>
    </w:p>
    <w:p w:rsidR="00CD0BB8" w:rsidRDefault="006F0497">
      <w:pPr>
        <w:pStyle w:val="Code"/>
        <w:rPr>
          <w:rFonts w:hint="eastAsia"/>
        </w:rPr>
      </w:pPr>
      <w:r>
        <w:t xml:space="preserve">    "domainname": "yourhost.ru",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"domainid": "12345",</w:t>
      </w:r>
    </w:p>
    <w:p w:rsidR="00CD0BB8" w:rsidRDefault="006F0497">
      <w:pPr>
        <w:pStyle w:val="Code"/>
        <w:rPr>
          <w:rFonts w:hint="eastAsia"/>
        </w:rPr>
      </w:pPr>
      <w:r>
        <w:t xml:space="preserve">    "newprofileid": "12345",</w:t>
      </w:r>
    </w:p>
    <w:p w:rsidR="00CD0BB8" w:rsidRDefault="006F0497">
      <w:pPr>
        <w:pStyle w:val="Code"/>
        <w:rPr>
          <w:rFonts w:hint="eastAsia"/>
        </w:rPr>
      </w:pPr>
      <w:r>
        <w:t xml:space="preserve">    "newprofi</w:t>
      </w:r>
      <w:r>
        <w:t>leid2": "12345",</w:t>
      </w:r>
    </w:p>
    <w:p w:rsidR="00CD0BB8" w:rsidRDefault="006F0497">
      <w:pPr>
        <w:pStyle w:val="Code"/>
        <w:rPr>
          <w:rFonts w:hint="eastAsia"/>
        </w:rPr>
      </w:pPr>
      <w:r>
        <w:t xml:space="preserve">    "newprofileid3": "12345",</w:t>
      </w:r>
    </w:p>
    <w:p w:rsidR="00CD0BB8" w:rsidRDefault="006F0497">
      <w:pPr>
        <w:pStyle w:val="Code"/>
        <w:rPr>
          <w:rFonts w:hint="eastAsia"/>
        </w:rPr>
      </w:pPr>
      <w:r>
        <w:t xml:space="preserve">    "newprofileid4": "12345"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8" w:name="_Toc242714248"/>
      <w:r>
        <w:t>dom_transferin — Перенос домена к FE.RU</w:t>
      </w:r>
      <w:bookmarkEnd w:id="18"/>
    </w:p>
    <w:p w:rsidR="00CD0BB8" w:rsidRDefault="006F0497">
      <w:r>
        <w:t>Отправляет заявку на перенос домена к FE.RU</w:t>
      </w:r>
      <w:r>
        <w:t xml:space="preserve"> с кодом авторизации и данными профиля владельца.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профиля владельца.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profileid2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платёжного контакта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profileid3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административного контакта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profileid4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технич</w:t>
            </w:r>
            <w:r>
              <w:t>еского контакта для международных доменов.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org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Тип владельца: 1 — организация, 0 — физическое лицо.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lastRenderedPageBreak/>
              <w:t>authcode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Код авторизации для переноса домена.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"func": "dom_transferin",</w:t>
      </w:r>
    </w:p>
    <w:p w:rsidR="00CD0BB8" w:rsidRDefault="006F0497">
      <w:pPr>
        <w:pStyle w:val="Code"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rPr>
          <w:rFonts w:hint="eastAsia"/>
        </w:rPr>
      </w:pPr>
      <w:r>
        <w:t xml:space="preserve">    "domainname": "yourhost.ru",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"profileid": "12345",  //id владельца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"profileid2": "12345",  //bill-контакт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"profileid3": "12345",  //admin-контакт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  "profileid4": "12345",  //tech-контакт для международных доменов</w:t>
      </w:r>
    </w:p>
    <w:p w:rsidR="00CD0BB8" w:rsidRDefault="006F0497">
      <w:pPr>
        <w:pStyle w:val="Code"/>
        <w:rPr>
          <w:rFonts w:hint="eastAsia"/>
        </w:rPr>
      </w:pPr>
      <w:r>
        <w:t xml:space="preserve">    "org": "1",  //1-организация, 0 - физ лицо</w:t>
      </w:r>
    </w:p>
    <w:p w:rsidR="00CD0BB8" w:rsidRDefault="006F0497">
      <w:pPr>
        <w:pStyle w:val="Code"/>
        <w:rPr>
          <w:rFonts w:hint="eastAsia"/>
        </w:rPr>
      </w:pPr>
      <w:r>
        <w:t xml:space="preserve">    "authcode": "q1w2e3r4"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"domainid": "12345"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"some error"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session"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"4",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profile"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"5",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"no money"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"6",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 domain not available"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lastRenderedPageBreak/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"7",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"ошибка в профиле"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19" w:name="_Toc242714249"/>
      <w:r>
        <w:t>dom_getesia — Статус идентификации ЕСИА</w:t>
      </w:r>
      <w:bookmarkEnd w:id="19"/>
    </w:p>
    <w:p w:rsidR="00CD0BB8" w:rsidRDefault="006F0497">
      <w:r>
        <w:t>Возвращает статус идентификации через ЕСИА и ссылку для её прохождения. В запросе мож</w:t>
      </w:r>
      <w:r>
        <w:t>но указать адрес возврата после идентификации.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 Обязательный 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сессии, полученный при аутентификации или создании аккаунта. Обязательный </w:t>
            </w:r>
            <w:r>
              <w:t>параметр.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Имя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domainid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домена.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resultlink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URL для возврата после идентификации через ЕСИА.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"dom_getesia",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  //обязательно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"domainname": "yourhost.ru",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"domainid": "12345",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"resultlink": "https://fe.ru"  // ссылка на редирект после иденитификации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 xml:space="preserve">JSON с поясняющими </w:t>
      </w:r>
      <w:r>
        <w:rPr>
          <w:color w:val="5E6674"/>
          <w:sz w:val="18"/>
        </w:rPr>
        <w:t>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"status": "1",  //  1 - идентификация пройдена,  0- не пройдена, 2-в процессе прохождения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"esialink": "https://...."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Code"/>
        <w:keepNext/>
        <w:rPr>
          <w:rFonts w:hint="eastAsia"/>
        </w:rPr>
      </w:pPr>
      <w:r>
        <w:lastRenderedPageBreak/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"2",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domainn</w:t>
      </w:r>
      <w:r>
        <w:t>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1"/>
      </w:pPr>
      <w:bookmarkStart w:id="20" w:name="_Toc242714250"/>
      <w:r>
        <w:t>VDS и серверы</w:t>
      </w:r>
      <w:bookmarkEnd w:id="20"/>
    </w:p>
    <w:p w:rsidR="00CD0BB8" w:rsidRDefault="006F0497">
      <w:pPr>
        <w:pStyle w:val="21"/>
      </w:pPr>
      <w:bookmarkStart w:id="21" w:name="_Toc242714251"/>
      <w:r>
        <w:t>vds_getgroups — Группы серверов</w:t>
      </w:r>
      <w:bookmarkEnd w:id="21"/>
    </w:p>
    <w:p w:rsidR="00CD0BB8" w:rsidRDefault="006F0497">
      <w:r>
        <w:t>Возвращает доступные группы серверов и услуг с их идентификаторами, описаниями и типами.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Идентификатор </w:t>
            </w:r>
            <w:r>
              <w:t>сессии, полученный при аутентификации или создании аккаунта.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"vds_getgroups",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"groups": [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"id": "1",</w:t>
      </w:r>
    </w:p>
    <w:p w:rsidR="00CD0BB8" w:rsidRDefault="006F0497">
      <w:pPr>
        <w:pStyle w:val="Code"/>
        <w:rPr>
          <w:rFonts w:hint="eastAsia"/>
        </w:rPr>
      </w:pPr>
      <w:r>
        <w:t xml:space="preserve">      "description": "VDS в Москве",</w:t>
      </w:r>
    </w:p>
    <w:p w:rsidR="00CD0BB8" w:rsidRDefault="006F0497">
      <w:pPr>
        <w:pStyle w:val="Code"/>
        <w:rPr>
          <w:rFonts w:hint="eastAsia"/>
        </w:rPr>
      </w:pPr>
      <w:r>
        <w:t xml:space="preserve">      "type": "2"</w:t>
      </w:r>
    </w:p>
    <w:p w:rsidR="00CD0BB8" w:rsidRDefault="006F0497">
      <w:pPr>
        <w:pStyle w:val="Code"/>
        <w:rPr>
          <w:rFonts w:hint="eastAsia"/>
        </w:rPr>
      </w:pPr>
      <w:r>
        <w:t xml:space="preserve">    },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"id": "1",</w:t>
      </w:r>
    </w:p>
    <w:p w:rsidR="00CD0BB8" w:rsidRDefault="006F0497">
      <w:pPr>
        <w:pStyle w:val="Code"/>
        <w:rPr>
          <w:rFonts w:hint="eastAsia"/>
        </w:rPr>
      </w:pPr>
      <w:r>
        <w:t xml:space="preserve">      "description": "dedic в Москве",</w:t>
      </w:r>
    </w:p>
    <w:p w:rsidR="00CD0BB8" w:rsidRDefault="006F0497">
      <w:pPr>
        <w:pStyle w:val="Code"/>
        <w:rPr>
          <w:rFonts w:hint="eastAsia"/>
        </w:rPr>
      </w:pPr>
      <w:r>
        <w:t xml:space="preserve">      "type": "3"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1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Типы групп</w:t>
      </w:r>
    </w:p>
    <w:tbl>
      <w:tblPr>
        <w:tblStyle w:val="FEAPITable"/>
        <w:tblW w:w="0" w:type="auto"/>
        <w:tblLayout w:type="fixed"/>
        <w:tblLook w:val="04A0"/>
      </w:tblPr>
      <w:tblGrid>
        <w:gridCol w:w="4819"/>
        <w:gridCol w:w="4819"/>
      </w:tblGrid>
      <w:tr w:rsidR="00CD0BB8">
        <w:trPr>
          <w:cantSplit/>
          <w:tblHeader/>
        </w:trPr>
        <w:tc>
          <w:tcPr>
            <w:tcW w:w="4819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Код</w:t>
            </w:r>
          </w:p>
        </w:tc>
        <w:tc>
          <w:tcPr>
            <w:tcW w:w="4819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 услуги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2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VDS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3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IP-адреса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lastRenderedPageBreak/>
              <w:t>4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Colocation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5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Коммутатор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6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Канал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7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Арендованный выделенный сервер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8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Набор прокси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11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Услуги LIR</w:t>
            </w:r>
          </w:p>
        </w:tc>
      </w:tr>
      <w:tr w:rsidR="00CD0BB8">
        <w:trPr>
          <w:cantSplit/>
        </w:trPr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12</w:t>
            </w:r>
          </w:p>
        </w:tc>
        <w:tc>
          <w:tcPr>
            <w:tcW w:w="4819" w:type="dxa"/>
            <w:vAlign w:val="center"/>
          </w:tcPr>
          <w:p w:rsidR="00CD0BB8" w:rsidRDefault="006F0497">
            <w:pPr>
              <w:pStyle w:val="TableText"/>
            </w:pPr>
            <w:r>
              <w:t>Выделенный сервер</w:t>
            </w:r>
          </w:p>
        </w:tc>
      </w:tr>
    </w:tbl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22" w:name="_Toc242714252"/>
      <w:r>
        <w:t>vds_gettarifs — Тарифы серверов</w:t>
      </w:r>
      <w:bookmarkEnd w:id="22"/>
    </w:p>
    <w:p w:rsidR="00CD0BB8" w:rsidRDefault="006F0497">
      <w:r>
        <w:t>Возвращает список доступных тарифов выбранной группы с идентификаторами, названиями</w:t>
      </w:r>
      <w:r>
        <w:t xml:space="preserve"> и ценовыми полями.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group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группы из vds_getgroups.</w:t>
            </w:r>
          </w:p>
        </w:tc>
      </w:tr>
    </w:tbl>
    <w:p w:rsidR="00CD0BB8" w:rsidRDefault="006F0497">
      <w:pPr>
        <w:pStyle w:val="31"/>
      </w:pPr>
      <w:r>
        <w:t xml:space="preserve">Пример </w:t>
      </w:r>
      <w:r>
        <w:t>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"vds_gettarifs",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"group": 5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"tarifs": [</w:t>
      </w:r>
    </w:p>
    <w:p w:rsidR="00CD0BB8" w:rsidRDefault="006F0497">
      <w:pPr>
        <w:pStyle w:val="Code"/>
        <w:rPr>
          <w:rFonts w:hint="eastAsia"/>
        </w:rPr>
      </w:pPr>
      <w:r>
        <w:lastRenderedPageBreak/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"id": 1,</w:t>
      </w:r>
    </w:p>
    <w:p w:rsidR="00CD0BB8" w:rsidRDefault="006F0497">
      <w:pPr>
        <w:pStyle w:val="Code"/>
        <w:rPr>
          <w:rFonts w:hint="eastAsia"/>
        </w:rPr>
      </w:pPr>
      <w:r>
        <w:t xml:space="preserve">      "tarifname": "vds-1",</w:t>
      </w:r>
    </w:p>
    <w:p w:rsidR="00CD0BB8" w:rsidRDefault="006F0497">
      <w:pPr>
        <w:pStyle w:val="Code"/>
        <w:rPr>
          <w:rFonts w:hint="eastAsia"/>
        </w:rPr>
      </w:pPr>
      <w:r>
        <w:t xml:space="preserve">      "sprice": "0",  // назначение sprice в исходном описании не уточнено</w:t>
      </w:r>
    </w:p>
    <w:p w:rsidR="00CD0BB8" w:rsidRDefault="006F0497">
      <w:pPr>
        <w:pStyle w:val="Code"/>
        <w:rPr>
          <w:rFonts w:hint="eastAsia"/>
        </w:rPr>
      </w:pPr>
      <w:r>
        <w:t xml:space="preserve">      "price": "199.9"</w:t>
      </w:r>
    </w:p>
    <w:p w:rsidR="00CD0BB8" w:rsidRDefault="006F0497">
      <w:pPr>
        <w:pStyle w:val="Code"/>
        <w:rPr>
          <w:rFonts w:hint="eastAsia"/>
        </w:rPr>
      </w:pPr>
      <w:r>
        <w:t xml:space="preserve">    },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"id": 2,</w:t>
      </w:r>
    </w:p>
    <w:p w:rsidR="00CD0BB8" w:rsidRDefault="006F0497">
      <w:pPr>
        <w:pStyle w:val="Code"/>
        <w:rPr>
          <w:rFonts w:hint="eastAsia"/>
        </w:rPr>
      </w:pPr>
      <w:r>
        <w:t xml:space="preserve">      "tarifname": "vds-2",</w:t>
      </w:r>
    </w:p>
    <w:p w:rsidR="00CD0BB8" w:rsidRDefault="006F0497">
      <w:pPr>
        <w:pStyle w:val="Code"/>
        <w:rPr>
          <w:rFonts w:hint="eastAsia"/>
        </w:rPr>
      </w:pPr>
      <w:r>
        <w:t xml:space="preserve">      "sprice": "199.9",</w:t>
      </w:r>
    </w:p>
    <w:p w:rsidR="00CD0BB8" w:rsidRDefault="006F0497">
      <w:pPr>
        <w:pStyle w:val="Code"/>
        <w:rPr>
          <w:rFonts w:hint="eastAsia"/>
        </w:rPr>
      </w:pPr>
      <w:r>
        <w:t xml:space="preserve">      "price": "299.9"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1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23" w:name="_Toc242714253"/>
      <w:r>
        <w:t>vds_gettarifinfo — Параметры тарифа</w:t>
      </w:r>
      <w:bookmarkEnd w:id="23"/>
    </w:p>
    <w:p w:rsidR="00CD0BB8" w:rsidRDefault="006F0497">
      <w:r>
        <w:t>Возвращает сведения о тарифе и списки вариантов конфигурации: процессор, память, диски, сеть, программное обеспечение и дополнительные услуги.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</w:t>
            </w:r>
            <w:r>
              <w:rPr>
                <w:b/>
              </w:rPr>
              <w:t>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tarifid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тарифа.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"vds_gettarifinfo",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"tarifid": 5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"cpu": [  // варианты процессора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"cpuname": "2 core",</w:t>
      </w:r>
    </w:p>
    <w:p w:rsidR="00CD0BB8" w:rsidRDefault="006F0497">
      <w:pPr>
        <w:pStyle w:val="Code"/>
        <w:rPr>
          <w:rFonts w:hint="eastAsia"/>
        </w:rPr>
      </w:pPr>
      <w:r>
        <w:lastRenderedPageBreak/>
        <w:t xml:space="preserve">      "cpuprice":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"cpusprice":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"mem": [  // варианты оперативной памяти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"memname": "2 gb",</w:t>
      </w:r>
    </w:p>
    <w:p w:rsidR="00CD0BB8" w:rsidRDefault="006F0497">
      <w:pPr>
        <w:pStyle w:val="Code"/>
        <w:rPr>
          <w:rFonts w:hint="eastAsia"/>
        </w:rPr>
      </w:pPr>
      <w:r>
        <w:t xml:space="preserve">      "memprice":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"memsprice":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"fhdd": [  // первый диск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"fhddname":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"fhddprice":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"fhddsprice":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"shdd": [  // второй диск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"shddname":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"shddprice":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"shddsprice":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"thdd": [  // третий диск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"thddname":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"thddprice":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"thddsprice":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"link": </w:t>
      </w:r>
      <w:r>
        <w:t>[  // сетевой канал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"linkname":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"linkprice":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"linksprice":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"trafic": [  // трафик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"traficname":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"traficprice":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"traficsprice":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"os": [  // операционная система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"osname":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"osprice":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"ossprice":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"panel": [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"panelname":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"panelprice":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"panelsprice":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"admin": [  // администрирование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"adminname": "2 core",</w:t>
      </w:r>
    </w:p>
    <w:p w:rsidR="00CD0BB8" w:rsidRDefault="006F0497">
      <w:pPr>
        <w:pStyle w:val="Code"/>
        <w:rPr>
          <w:rFonts w:hint="eastAsia"/>
        </w:rPr>
      </w:pPr>
      <w:r>
        <w:lastRenderedPageBreak/>
        <w:t xml:space="preserve">      "adminprice":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"adminsprice":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"reboot": [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"rebootname":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"rebootprice":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"rebootsprice":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"ip": [  // IP-адреса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"ipname":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"ipprice":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"ipsprice":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"backup": [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"backupname":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"backupprice":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"backupsprice":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"raid": [</w:t>
      </w:r>
    </w:p>
    <w:p w:rsidR="00CD0BB8" w:rsidRDefault="006F0497">
      <w:pPr>
        <w:pStyle w:val="Code"/>
        <w:rPr>
          <w:rFonts w:hint="eastAsia"/>
        </w:rPr>
      </w:pPr>
      <w:r>
        <w:t xml:space="preserve">    {</w:t>
      </w:r>
    </w:p>
    <w:p w:rsidR="00CD0BB8" w:rsidRDefault="006F0497">
      <w:pPr>
        <w:pStyle w:val="Code"/>
        <w:rPr>
          <w:rFonts w:hint="eastAsia"/>
        </w:rPr>
      </w:pPr>
      <w:r>
        <w:t xml:space="preserve">      "rai</w:t>
      </w:r>
      <w:r>
        <w:t>dname": "2 core",</w:t>
      </w:r>
    </w:p>
    <w:p w:rsidR="00CD0BB8" w:rsidRDefault="006F0497">
      <w:pPr>
        <w:pStyle w:val="Code"/>
        <w:rPr>
          <w:rFonts w:hint="eastAsia"/>
        </w:rPr>
      </w:pPr>
      <w:r>
        <w:t xml:space="preserve">      "raidprice": "123",</w:t>
      </w:r>
    </w:p>
    <w:p w:rsidR="00CD0BB8" w:rsidRDefault="006F0497">
      <w:pPr>
        <w:pStyle w:val="Code"/>
        <w:rPr>
          <w:rFonts w:hint="eastAsia"/>
        </w:rPr>
      </w:pPr>
      <w:r>
        <w:t xml:space="preserve">      "raidsprice": "0"</w:t>
      </w:r>
    </w:p>
    <w:p w:rsidR="00CD0BB8" w:rsidRDefault="006F0497">
      <w:pPr>
        <w:pStyle w:val="Code"/>
        <w:rPr>
          <w:rFonts w:hint="eastAsia"/>
        </w:rPr>
      </w:pPr>
      <w:r>
        <w:t xml:space="preserve">    }</w:t>
      </w:r>
    </w:p>
    <w:p w:rsidR="00CD0BB8" w:rsidRDefault="006F0497">
      <w:pPr>
        <w:pStyle w:val="Code"/>
        <w:rPr>
          <w:rFonts w:hint="eastAsia"/>
        </w:rPr>
      </w:pPr>
      <w:r>
        <w:t xml:space="preserve">  ],</w:t>
      </w:r>
    </w:p>
    <w:p w:rsidR="00CD0BB8" w:rsidRDefault="006F0497">
      <w:pPr>
        <w:pStyle w:val="Code"/>
        <w:rPr>
          <w:rFonts w:hint="eastAsia"/>
        </w:rPr>
      </w:pPr>
      <w:r>
        <w:t xml:space="preserve">  "tarifid": 234,</w:t>
      </w:r>
    </w:p>
    <w:p w:rsidR="00CD0BB8" w:rsidRDefault="006F0497">
      <w:pPr>
        <w:pStyle w:val="Code"/>
        <w:rPr>
          <w:rFonts w:hint="eastAsia"/>
        </w:rPr>
      </w:pPr>
      <w:r>
        <w:t xml:space="preserve">  "tarifname": "vds-1",</w:t>
      </w:r>
    </w:p>
    <w:p w:rsidR="00CD0BB8" w:rsidRDefault="006F0497">
      <w:pPr>
        <w:pStyle w:val="Code"/>
        <w:rPr>
          <w:rFonts w:hint="eastAsia"/>
        </w:rPr>
      </w:pPr>
      <w:r>
        <w:t xml:space="preserve">  "price": "199",</w:t>
      </w:r>
    </w:p>
    <w:p w:rsidR="00CD0BB8" w:rsidRDefault="006F0497">
      <w:pPr>
        <w:pStyle w:val="Code"/>
        <w:rPr>
          <w:rFonts w:hint="eastAsia"/>
        </w:rPr>
      </w:pPr>
      <w:r>
        <w:t xml:space="preserve">  "sprice": "0",  // назначение sprice в исходном описании не уточнено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1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24" w:name="_Toc242714254"/>
      <w:r>
        <w:t>vds_create — Создание VDS</w:t>
      </w:r>
      <w:bookmarkEnd w:id="24"/>
    </w:p>
    <w:p w:rsidR="00CD0BB8" w:rsidRDefault="006F0497">
      <w:r>
        <w:t>Создаёт VDS по указанному тарифу, периоду и параметрам конфигурации. В ответе возвращает идентификатор сервера и данные доступа.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</w:t>
            </w:r>
            <w:r>
              <w:t xml:space="preserve">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lastRenderedPageBreak/>
              <w:t>tarifid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тарифа.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period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Период заказа в месяцах.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cpu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Процессор. Числовой параметр конфигурации; правила выбора </w:t>
            </w:r>
            <w:r>
              <w:t>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mem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Оперативная память.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fhdd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Первый диск.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sh</w:t>
            </w:r>
            <w:r>
              <w:t>dd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Второй диск.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thdd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Третий диск.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link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Сетевой канал. Числовой </w:t>
            </w:r>
            <w:r>
              <w:t>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trafic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Трафик.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os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Операционная система. Числовой параметр конфигурации; правила выбора </w:t>
            </w:r>
            <w:r>
              <w:t>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panel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Панель управления.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admin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 xml:space="preserve">Администрирование. Числовой параметр конфигурации; правила выбора значения в исходнике не </w:t>
            </w:r>
            <w:r>
              <w:t>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reboot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Перезагрузка.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ip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IP-адреса.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backup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Резервное копирова</w:t>
            </w:r>
            <w:r>
              <w:t>ние. Числовой параметр конфигурации; правила выбора значения в исходнике не описаны.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raid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RAID. Числовой параметр конфигурации; правила выбора значения в исходнике не описаны.</w:t>
            </w:r>
          </w:p>
        </w:tc>
      </w:tr>
    </w:tbl>
    <w:p w:rsidR="00CD0BB8" w:rsidRDefault="006F0497">
      <w:pPr>
        <w:pStyle w:val="31"/>
      </w:pPr>
      <w:r>
        <w:t>Пример запроса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rPr>
          <w:rFonts w:hint="eastAsia"/>
        </w:rPr>
      </w:pPr>
      <w:r>
        <w:t xml:space="preserve">  "func": "vds_create",</w:t>
      </w:r>
    </w:p>
    <w:p w:rsidR="00CD0BB8" w:rsidRDefault="006F0497">
      <w:pPr>
        <w:pStyle w:val="Code"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rPr>
          <w:rFonts w:hint="eastAsia"/>
        </w:rPr>
      </w:pPr>
      <w:r>
        <w:t xml:space="preserve">    "tarifid": 5,</w:t>
      </w:r>
    </w:p>
    <w:p w:rsidR="00CD0BB8" w:rsidRDefault="006F0497">
      <w:pPr>
        <w:pStyle w:val="Code"/>
        <w:rPr>
          <w:rFonts w:hint="eastAsia"/>
        </w:rPr>
      </w:pPr>
      <w:r>
        <w:lastRenderedPageBreak/>
        <w:t xml:space="preserve">    "period": 12,  //в месяцах</w:t>
      </w:r>
    </w:p>
    <w:p w:rsidR="00CD0BB8" w:rsidRDefault="006F0497">
      <w:pPr>
        <w:pStyle w:val="Code"/>
        <w:rPr>
          <w:rFonts w:hint="eastAsia"/>
        </w:rPr>
      </w:pPr>
      <w:r>
        <w:t xml:space="preserve">    "cpu": 5,</w:t>
      </w:r>
    </w:p>
    <w:p w:rsidR="00CD0BB8" w:rsidRDefault="006F0497">
      <w:pPr>
        <w:pStyle w:val="Code"/>
        <w:rPr>
          <w:rFonts w:hint="eastAsia"/>
        </w:rPr>
      </w:pPr>
      <w:r>
        <w:t xml:space="preserve">    "mem": 6,</w:t>
      </w:r>
    </w:p>
    <w:p w:rsidR="00CD0BB8" w:rsidRDefault="006F0497">
      <w:pPr>
        <w:pStyle w:val="Code"/>
        <w:rPr>
          <w:rFonts w:hint="eastAsia"/>
        </w:rPr>
      </w:pPr>
      <w:r>
        <w:t xml:space="preserve">    "fhdd": 4,</w:t>
      </w:r>
    </w:p>
    <w:p w:rsidR="00CD0BB8" w:rsidRDefault="006F0497">
      <w:pPr>
        <w:pStyle w:val="Code"/>
        <w:rPr>
          <w:rFonts w:hint="eastAsia"/>
        </w:rPr>
      </w:pPr>
      <w:r>
        <w:t xml:space="preserve">    "shdd": 6,</w:t>
      </w:r>
    </w:p>
    <w:p w:rsidR="00CD0BB8" w:rsidRDefault="006F0497">
      <w:pPr>
        <w:pStyle w:val="Code"/>
        <w:rPr>
          <w:rFonts w:hint="eastAsia"/>
        </w:rPr>
      </w:pPr>
      <w:r>
        <w:t xml:space="preserve">    "thdd": 1,</w:t>
      </w:r>
    </w:p>
    <w:p w:rsidR="00CD0BB8" w:rsidRDefault="006F0497">
      <w:pPr>
        <w:pStyle w:val="Code"/>
        <w:rPr>
          <w:rFonts w:hint="eastAsia"/>
        </w:rPr>
      </w:pPr>
      <w:r>
        <w:t xml:space="preserve">    "link": 0,</w:t>
      </w:r>
    </w:p>
    <w:p w:rsidR="00CD0BB8" w:rsidRDefault="006F0497">
      <w:pPr>
        <w:pStyle w:val="Code"/>
        <w:rPr>
          <w:rFonts w:hint="eastAsia"/>
        </w:rPr>
      </w:pPr>
      <w:r>
        <w:t xml:space="preserve">    "trafic": 0,</w:t>
      </w:r>
    </w:p>
    <w:p w:rsidR="00CD0BB8" w:rsidRDefault="006F0497">
      <w:pPr>
        <w:pStyle w:val="Code"/>
        <w:rPr>
          <w:rFonts w:hint="eastAsia"/>
        </w:rPr>
      </w:pPr>
      <w:r>
        <w:t xml:space="preserve">    "os": 4,</w:t>
      </w:r>
    </w:p>
    <w:p w:rsidR="00CD0BB8" w:rsidRDefault="006F0497">
      <w:pPr>
        <w:pStyle w:val="Code"/>
        <w:rPr>
          <w:rFonts w:hint="eastAsia"/>
        </w:rPr>
      </w:pPr>
      <w:r>
        <w:t xml:space="preserve">   </w:t>
      </w:r>
      <w:r>
        <w:t xml:space="preserve"> "panel": 6,</w:t>
      </w:r>
    </w:p>
    <w:p w:rsidR="00CD0BB8" w:rsidRDefault="006F0497">
      <w:pPr>
        <w:pStyle w:val="Code"/>
        <w:rPr>
          <w:rFonts w:hint="eastAsia"/>
        </w:rPr>
      </w:pPr>
      <w:r>
        <w:t xml:space="preserve">    "admin": 8,</w:t>
      </w:r>
    </w:p>
    <w:p w:rsidR="00CD0BB8" w:rsidRDefault="006F0497">
      <w:pPr>
        <w:pStyle w:val="Code"/>
        <w:rPr>
          <w:rFonts w:hint="eastAsia"/>
        </w:rPr>
      </w:pPr>
      <w:r>
        <w:t xml:space="preserve">    "reboot": 9,</w:t>
      </w:r>
    </w:p>
    <w:p w:rsidR="00CD0BB8" w:rsidRDefault="006F0497">
      <w:pPr>
        <w:pStyle w:val="Code"/>
        <w:rPr>
          <w:rFonts w:hint="eastAsia"/>
        </w:rPr>
      </w:pPr>
      <w:r>
        <w:t xml:space="preserve">    "ip": 3,</w:t>
      </w:r>
    </w:p>
    <w:p w:rsidR="00CD0BB8" w:rsidRDefault="006F0497">
      <w:pPr>
        <w:pStyle w:val="Code"/>
        <w:rPr>
          <w:rFonts w:hint="eastAsia"/>
        </w:rPr>
      </w:pPr>
      <w:r>
        <w:t xml:space="preserve">    "backup": 0,</w:t>
      </w:r>
    </w:p>
    <w:p w:rsidR="00CD0BB8" w:rsidRDefault="006F0497">
      <w:pPr>
        <w:pStyle w:val="Code"/>
        <w:rPr>
          <w:rFonts w:hint="eastAsia"/>
        </w:rPr>
      </w:pPr>
      <w:r>
        <w:t xml:space="preserve">    "raid": 0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"id": 123,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"servername": "vds.servera.info",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"price": "319.23",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"rootpass": "password",  // пароль root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1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25" w:name="_Toc242714255"/>
      <w:r>
        <w:t>vds_getstatus — Состояние VDS</w:t>
      </w:r>
      <w:bookmarkEnd w:id="25"/>
    </w:p>
    <w:p w:rsidR="00CD0BB8" w:rsidRDefault="006F0497">
      <w:r>
        <w:t>Возвращает сведения о VDS по идентификатору: имя сервера, цену и данные доступа к серверу и панели управления.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serverid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сервера.</w:t>
            </w:r>
          </w:p>
        </w:tc>
      </w:tr>
    </w:tbl>
    <w:p w:rsidR="00CD0BB8" w:rsidRDefault="006F0497">
      <w:pPr>
        <w:pStyle w:val="31"/>
      </w:pPr>
      <w:r>
        <w:lastRenderedPageBreak/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"vds_getstatus",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"serverid": 5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keepNext/>
      </w:pPr>
      <w:r>
        <w:rPr>
          <w:color w:val="5E6674"/>
          <w:sz w:val="18"/>
        </w:rPr>
        <w:t>JSON с поясняющими комментариями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"id": 123,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"servername": "vds.servera.info",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"price": "319.23",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"rootpass": "password",  // пароль root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"panelusername": "vser01",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"panelpass": "q1w2e3",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"panellink": "https://vm.vm.vm",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1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21"/>
      </w:pPr>
      <w:bookmarkStart w:id="26" w:name="_Toc242714256"/>
      <w:r>
        <w:t>vds_renew — Продление VDS</w:t>
      </w:r>
      <w:bookmarkEnd w:id="26"/>
    </w:p>
    <w:p w:rsidR="00CD0BB8" w:rsidRDefault="006F0497">
      <w:r>
        <w:t>Продлевает VDS на указанный</w:t>
      </w:r>
      <w:r>
        <w:t xml:space="preserve"> период. В ответе возвращает идентификатор сервера и новую дату окончания услуги.</w:t>
      </w:r>
    </w:p>
    <w:p w:rsidR="00CD0BB8" w:rsidRDefault="006F0497">
      <w:pPr>
        <w:pStyle w:val="31"/>
      </w:pPr>
      <w:r>
        <w:t>Параметры запроса · params</w:t>
      </w:r>
    </w:p>
    <w:tbl>
      <w:tblPr>
        <w:tblStyle w:val="FEAPITable"/>
        <w:tblW w:w="0" w:type="auto"/>
        <w:tblLayout w:type="fixed"/>
        <w:tblLook w:val="04A0"/>
      </w:tblPr>
      <w:tblGrid>
        <w:gridCol w:w="2795"/>
        <w:gridCol w:w="1446"/>
        <w:gridCol w:w="5397"/>
      </w:tblGrid>
      <w:tr w:rsidR="00CD0BB8">
        <w:trPr>
          <w:cantSplit/>
          <w:tblHeader/>
        </w:trPr>
        <w:tc>
          <w:tcPr>
            <w:tcW w:w="2795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Параметр</w:t>
            </w:r>
          </w:p>
        </w:tc>
        <w:tc>
          <w:tcPr>
            <w:tcW w:w="1446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Тип</w:t>
            </w:r>
          </w:p>
        </w:tc>
        <w:tc>
          <w:tcPr>
            <w:tcW w:w="5397" w:type="dxa"/>
            <w:shd w:val="clear" w:color="auto" w:fill="EAF1FA"/>
            <w:vAlign w:val="center"/>
          </w:tcPr>
          <w:p w:rsidR="00CD0BB8" w:rsidRDefault="006F0497">
            <w:pPr>
              <w:pStyle w:val="TableText"/>
              <w:keepNext/>
            </w:pPr>
            <w:r>
              <w:rPr>
                <w:b/>
              </w:rPr>
              <w:t>Описание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username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Логин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sessid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string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сессии, полученный при аутентификации или создании аккаунта.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serverid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Идентификатор сервера.</w:t>
            </w:r>
          </w:p>
        </w:tc>
      </w:tr>
      <w:tr w:rsidR="00CD0BB8">
        <w:trPr>
          <w:cantSplit/>
        </w:trPr>
        <w:tc>
          <w:tcPr>
            <w:tcW w:w="2795" w:type="dxa"/>
            <w:vAlign w:val="center"/>
          </w:tcPr>
          <w:p w:rsidR="00CD0BB8" w:rsidRDefault="006F0497">
            <w:pPr>
              <w:pStyle w:val="TableText"/>
            </w:pPr>
            <w:r>
              <w:t>period</w:t>
            </w:r>
          </w:p>
        </w:tc>
        <w:tc>
          <w:tcPr>
            <w:tcW w:w="1446" w:type="dxa"/>
            <w:vAlign w:val="center"/>
          </w:tcPr>
          <w:p w:rsidR="00CD0BB8" w:rsidRDefault="006F0497">
            <w:pPr>
              <w:pStyle w:val="TableText"/>
            </w:pPr>
            <w:r>
              <w:t>integer</w:t>
            </w:r>
          </w:p>
        </w:tc>
        <w:tc>
          <w:tcPr>
            <w:tcW w:w="5397" w:type="dxa"/>
            <w:vAlign w:val="center"/>
          </w:tcPr>
          <w:p w:rsidR="00CD0BB8" w:rsidRDefault="006F0497">
            <w:pPr>
              <w:pStyle w:val="TableText"/>
            </w:pPr>
            <w:r>
              <w:t>Период продления. Единица измерения для этого метода в исходном описании не указана.</w:t>
            </w:r>
          </w:p>
        </w:tc>
      </w:tr>
    </w:tbl>
    <w:p w:rsidR="00CD0BB8" w:rsidRDefault="006F0497">
      <w:pPr>
        <w:pStyle w:val="31"/>
      </w:pPr>
      <w:r>
        <w:lastRenderedPageBreak/>
        <w:t>Пример запроса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"func": "vds_renew",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"params": 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"username": "ivan",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"sessid": "sessid",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"serverid": 5,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  "period": 1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}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Успешный ответ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"id": 123,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"dateend": "10.12.2026",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1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p w:rsidR="00CD0BB8" w:rsidRDefault="006F0497">
      <w:pPr>
        <w:pStyle w:val="31"/>
      </w:pPr>
      <w:r>
        <w:t>Ошибки</w:t>
      </w:r>
    </w:p>
    <w:p w:rsidR="00CD0BB8" w:rsidRDefault="006F0497">
      <w:pPr>
        <w:pStyle w:val="Code"/>
        <w:keepNext/>
        <w:rPr>
          <w:rFonts w:hint="eastAsia"/>
        </w:rPr>
      </w:pPr>
      <w:r>
        <w:t>{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"result": "0",</w:t>
      </w:r>
    </w:p>
    <w:p w:rsidR="00CD0BB8" w:rsidRDefault="006F0497">
      <w:pPr>
        <w:pStyle w:val="Code"/>
        <w:keepNext/>
        <w:rPr>
          <w:rFonts w:hint="eastAsia"/>
        </w:rPr>
      </w:pPr>
      <w:r>
        <w:t xml:space="preserve">  "error": "wrong username"</w:t>
      </w:r>
    </w:p>
    <w:p w:rsidR="00CD0BB8" w:rsidRDefault="006F0497">
      <w:pPr>
        <w:pStyle w:val="Code"/>
        <w:spacing w:after="240"/>
        <w:rPr>
          <w:rFonts w:hint="eastAsia"/>
        </w:rPr>
      </w:pPr>
      <w:r>
        <w:t>}</w:t>
      </w:r>
    </w:p>
    <w:sectPr w:rsidR="00CD0BB8" w:rsidSect="00034616">
      <w:headerReference w:type="default" r:id="rId8"/>
      <w:footerReference w:type="default" r:id="rId9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0BB8" w:rsidRDefault="00CD0BB8" w:rsidP="00CD0BB8">
      <w:pPr>
        <w:spacing w:after="0" w:line="240" w:lineRule="auto"/>
      </w:pPr>
      <w:r>
        <w:separator/>
      </w:r>
    </w:p>
  </w:endnote>
  <w:endnote w:type="continuationSeparator" w:id="1">
    <w:p w:rsidR="00CD0BB8" w:rsidRDefault="00CD0BB8" w:rsidP="00CD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B8" w:rsidRDefault="006F0497">
    <w:pPr>
      <w:pStyle w:val="a7"/>
      <w:jc w:val="right"/>
    </w:pPr>
    <w:r>
      <w:rPr>
        <w:sz w:val="18"/>
      </w:rPr>
      <w:t xml:space="preserve">FE.RU  ·  </w:t>
    </w:r>
    <w:fldSimple w:instr="PAGE">
      <w:r>
        <w:rPr>
          <w:noProof/>
        </w:rPr>
        <w:t>35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0BB8" w:rsidRDefault="00CD0BB8" w:rsidP="00CD0BB8">
      <w:pPr>
        <w:spacing w:after="0" w:line="240" w:lineRule="auto"/>
      </w:pPr>
      <w:r>
        <w:separator/>
      </w:r>
    </w:p>
  </w:footnote>
  <w:footnote w:type="continuationSeparator" w:id="1">
    <w:p w:rsidR="00CD0BB8" w:rsidRDefault="00CD0BB8" w:rsidP="00CD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BB8" w:rsidRDefault="006F0497">
    <w:r>
      <w:rPr>
        <w:color w:val="5E6674"/>
        <w:sz w:val="18"/>
      </w:rPr>
      <w:t xml:space="preserve">FE.RU  /  </w:t>
    </w:r>
    <w:r>
      <w:rPr>
        <w:color w:val="5E6674"/>
        <w:sz w:val="18"/>
      </w:rPr>
      <w:t>Документация API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6F0497"/>
    <w:rsid w:val="00AA1D8D"/>
    <w:rsid w:val="00B47730"/>
    <w:rsid w:val="00CB0664"/>
    <w:rsid w:val="00CD0BB8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40" w:line="300" w:lineRule="auto"/>
    </w:pPr>
    <w:rPr>
      <w:rFonts w:ascii="Calibri" w:hAnsi="Calibri"/>
      <w:color w:val="252A32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40" w:after="220"/>
      <w:outlineLvl w:val="0"/>
    </w:pPr>
    <w:rPr>
      <w:rFonts w:asciiTheme="majorHAnsi" w:eastAsiaTheme="majorEastAsia" w:hAnsiTheme="majorHAnsi" w:cstheme="majorBidi"/>
      <w:b/>
      <w:bCs/>
      <w:color w:val="151A22"/>
      <w:sz w:val="3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60" w:after="180"/>
      <w:outlineLvl w:val="1"/>
    </w:pPr>
    <w:rPr>
      <w:rFonts w:asciiTheme="majorHAnsi" w:eastAsiaTheme="majorEastAsia" w:hAnsiTheme="majorHAnsi" w:cstheme="majorBidi"/>
      <w:b/>
      <w:bCs/>
      <w:color w:val="151A22"/>
      <w:sz w:val="30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80"/>
      <w:outlineLvl w:val="2"/>
    </w:pPr>
    <w:rPr>
      <w:rFonts w:asciiTheme="majorHAnsi" w:eastAsiaTheme="majorEastAsia" w:hAnsiTheme="majorHAnsi" w:cstheme="majorBidi"/>
      <w:b/>
      <w:bCs/>
      <w:color w:val="151A22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color w:val="151A22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spacing w:after="140"/>
      <w:outlineLvl w:val="9"/>
    </w:pPr>
    <w:rPr>
      <w:rFonts w:ascii="Calibri" w:hAnsi="Calibri"/>
      <w:color w:val="252A32"/>
    </w:r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">
    <w:name w:val="Code"/>
    <w:rsid w:val="00CD0BB8"/>
    <w:pPr>
      <w:shd w:val="clear" w:color="auto" w:fill="F4F6F8"/>
      <w:spacing w:after="0" w:line="230" w:lineRule="exact"/>
      <w:ind w:left="113" w:right="113"/>
    </w:pPr>
    <w:rPr>
      <w:rFonts w:ascii="Consolas" w:hAnsi="Consolas"/>
      <w:color w:val="252A32"/>
      <w:sz w:val="18"/>
    </w:rPr>
  </w:style>
  <w:style w:type="paragraph" w:customStyle="1" w:styleId="TableText">
    <w:name w:val="Table Text"/>
    <w:rsid w:val="00CD0BB8"/>
    <w:pPr>
      <w:spacing w:after="0"/>
    </w:pPr>
    <w:rPr>
      <w:rFonts w:ascii="Calibri" w:hAnsi="Calibri"/>
      <w:color w:val="252A32"/>
      <w:sz w:val="19"/>
    </w:rPr>
  </w:style>
  <w:style w:type="paragraph" w:customStyle="1" w:styleId="TOC1">
    <w:name w:val="TOC 1"/>
    <w:rsid w:val="00CD0BB8"/>
    <w:pPr>
      <w:spacing w:after="140" w:line="300" w:lineRule="auto"/>
    </w:pPr>
    <w:rPr>
      <w:rFonts w:ascii="Calibri" w:hAnsi="Calibri"/>
      <w:color w:val="252A32"/>
      <w:sz w:val="21"/>
    </w:rPr>
  </w:style>
  <w:style w:type="paragraph" w:customStyle="1" w:styleId="TOC2">
    <w:name w:val="TOC 2"/>
    <w:rsid w:val="00CD0BB8"/>
    <w:pPr>
      <w:spacing w:after="140" w:line="300" w:lineRule="auto"/>
    </w:pPr>
    <w:rPr>
      <w:rFonts w:ascii="Calibri" w:hAnsi="Calibri"/>
      <w:color w:val="252A32"/>
      <w:sz w:val="21"/>
    </w:rPr>
  </w:style>
  <w:style w:type="table" w:customStyle="1" w:styleId="FEAPITable">
    <w:name w:val="FE API Table"/>
    <w:basedOn w:val="a3"/>
    <w:rsid w:val="00CD0BB8"/>
    <w:tblPr>
      <w:tblInd w:w="0" w:type="dxa"/>
      <w:tblBorders>
        <w:top w:val="single" w:sz="4" w:space="0" w:color="D9DEE5"/>
        <w:left w:val="single" w:sz="4" w:space="0" w:color="D9DEE5"/>
        <w:bottom w:val="single" w:sz="4" w:space="0" w:color="D9DEE5"/>
        <w:right w:val="single" w:sz="4" w:space="0" w:color="D9DEE5"/>
        <w:insideH w:val="single" w:sz="4" w:space="0" w:color="D9DEE5"/>
        <w:insideV w:val="single" w:sz="4" w:space="0" w:color="D9DEE5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14">
    <w:name w:val="toc 1"/>
    <w:basedOn w:val="a1"/>
    <w:next w:val="a1"/>
    <w:autoRedefine/>
    <w:uiPriority w:val="39"/>
    <w:unhideWhenUsed/>
    <w:rsid w:val="006F0497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6F0497"/>
    <w:pPr>
      <w:spacing w:after="100"/>
      <w:ind w:left="210"/>
    </w:pPr>
  </w:style>
  <w:style w:type="character" w:styleId="aff8">
    <w:name w:val="Hyperlink"/>
    <w:basedOn w:val="a2"/>
    <w:uiPriority w:val="99"/>
    <w:unhideWhenUsed/>
    <w:rsid w:val="006F04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5851</Words>
  <Characters>33352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39125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API FE.RU</dc:title>
  <dc:subject>Домены, аккаунты и VDS</dc:subject>
  <dc:creator>FE.RU</dc:creator>
  <cp:keywords/>
  <dc:description>generated by python-docx</dc:description>
  <cp:lastModifiedBy>Ви</cp:lastModifiedBy>
  <cp:revision>2</cp:revision>
  <dcterms:created xsi:type="dcterms:W3CDTF">2013-12-23T23:15:00Z</dcterms:created>
  <dcterms:modified xsi:type="dcterms:W3CDTF">2026-10-12T13:16:00Z</dcterms:modified>
  <cp:category/>
</cp:coreProperties>
</file>